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8A45" w14:textId="77777777" w:rsidR="00164F8E" w:rsidRPr="00160708" w:rsidRDefault="00000000">
      <w:pPr>
        <w:pStyle w:val="Title"/>
        <w:rPr>
          <w:rFonts w:cstheme="majorHAnsi"/>
        </w:rPr>
      </w:pPr>
      <w:r w:rsidRPr="00160708">
        <w:rPr>
          <w:rFonts w:cstheme="majorHAnsi"/>
        </w:rPr>
        <w:t>YAK Pro (PHP Obfuscator) Installation and Configuration Guide</w:t>
      </w:r>
    </w:p>
    <w:p w14:paraId="762F7179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1. Install Git</w:t>
      </w:r>
    </w:p>
    <w:p w14:paraId="15212B31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Before proceeding, ensure Git is installed on your system:</w:t>
      </w:r>
      <w:r w:rsidRPr="00160708">
        <w:rPr>
          <w:rFonts w:asciiTheme="majorHAnsi" w:hAnsiTheme="majorHAnsi" w:cstheme="majorHAnsi"/>
        </w:rPr>
        <w:br/>
        <w:t>- Download and install Git from git-scm.com.</w:t>
      </w:r>
      <w:r w:rsidRPr="00160708">
        <w:rPr>
          <w:rFonts w:asciiTheme="majorHAnsi" w:hAnsiTheme="majorHAnsi" w:cstheme="majorHAnsi"/>
        </w:rPr>
        <w:br/>
        <w:t>- Verify the installation by running: git --version</w:t>
      </w:r>
      <w:r w:rsidRPr="00160708">
        <w:rPr>
          <w:rFonts w:asciiTheme="majorHAnsi" w:hAnsiTheme="majorHAnsi" w:cstheme="majorHAnsi"/>
        </w:rPr>
        <w:br/>
      </w:r>
    </w:p>
    <w:p w14:paraId="3482B092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2. Set Up Directories</w:t>
      </w:r>
    </w:p>
    <w:p w14:paraId="14BCAC9B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Open a Command Prompt (CMD).</w:t>
      </w:r>
      <w:r w:rsidRPr="00160708">
        <w:rPr>
          <w:rFonts w:asciiTheme="majorHAnsi" w:hAnsiTheme="majorHAnsi" w:cstheme="majorHAnsi"/>
        </w:rPr>
        <w:br/>
        <w:t>2. Navigate to the root of your C: drive: cd C:3. Create a folder for YAK Pro: mkdir yakpro</w:t>
      </w:r>
      <w:r w:rsidRPr="00160708">
        <w:rPr>
          <w:rFonts w:asciiTheme="majorHAnsi" w:hAnsiTheme="majorHAnsi" w:cstheme="majorHAnsi"/>
        </w:rPr>
        <w:br/>
      </w:r>
    </w:p>
    <w:p w14:paraId="25366870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3. Clone YAK Pro Repository</w:t>
      </w:r>
    </w:p>
    <w:p w14:paraId="33515805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Change into the newly created directory: cd C:\yakpro</w:t>
      </w:r>
      <w:r w:rsidRPr="00160708">
        <w:rPr>
          <w:rFonts w:asciiTheme="majorHAnsi" w:hAnsiTheme="majorHAnsi" w:cstheme="majorHAnsi"/>
        </w:rPr>
        <w:br/>
        <w:t>2. Clone the YAK Pro repository into the yakpro folder: git clone https://github.com/pk-fr/yakpro-po.git ./yakpro</w:t>
      </w:r>
      <w:r w:rsidRPr="00160708">
        <w:rPr>
          <w:rFonts w:asciiTheme="majorHAnsi" w:hAnsiTheme="majorHAnsi" w:cstheme="majorHAnsi"/>
        </w:rPr>
        <w:br/>
      </w:r>
    </w:p>
    <w:p w14:paraId="52AA8EA8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4. Clone PHP-Parser Repository</w:t>
      </w:r>
    </w:p>
    <w:p w14:paraId="742FB0E0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Navigate to the yakpro directory: cd C:\yakpro\yakpro</w:t>
      </w:r>
      <w:r w:rsidRPr="00160708">
        <w:rPr>
          <w:rFonts w:asciiTheme="majorHAnsi" w:hAnsiTheme="majorHAnsi" w:cstheme="majorHAnsi"/>
        </w:rPr>
        <w:br/>
        <w:t>2. Clone the PHP-Parser repository: git clone https://github.com/nikic/PHP-Parser.git</w:t>
      </w:r>
      <w:r w:rsidRPr="00160708">
        <w:rPr>
          <w:rFonts w:asciiTheme="majorHAnsi" w:hAnsiTheme="majorHAnsi" w:cstheme="majorHAnsi"/>
        </w:rPr>
        <w:br/>
        <w:t>3. Navigate to the PHP-Parser folder: cd PHP-Parser</w:t>
      </w:r>
      <w:r w:rsidRPr="00160708">
        <w:rPr>
          <w:rFonts w:asciiTheme="majorHAnsi" w:hAnsiTheme="majorHAnsi" w:cstheme="majorHAnsi"/>
        </w:rPr>
        <w:br/>
        <w:t>4. Switch to the 4.x branch of PHP-Parser: git checkout 4.x</w:t>
      </w:r>
      <w:r w:rsidRPr="00160708">
        <w:rPr>
          <w:rFonts w:asciiTheme="majorHAnsi" w:hAnsiTheme="majorHAnsi" w:cstheme="majorHAnsi"/>
        </w:rPr>
        <w:br/>
        <w:t>5. Verify the branch: git branch (It should display * 4.x).</w:t>
      </w:r>
      <w:r w:rsidRPr="00160708">
        <w:rPr>
          <w:rFonts w:asciiTheme="majorHAnsi" w:hAnsiTheme="majorHAnsi" w:cstheme="majorHAnsi"/>
        </w:rPr>
        <w:br/>
      </w:r>
    </w:p>
    <w:p w14:paraId="64A16627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5. Install Dependencies for PHP-Parser</w:t>
      </w:r>
    </w:p>
    <w:p w14:paraId="1ED8CBD9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 xml:space="preserve">1. Ensure Composer is installed on your system. If it’s not installed, download it from </w:t>
      </w:r>
      <w:r w:rsidRPr="00160708">
        <w:rPr>
          <w:rFonts w:asciiTheme="majorHAnsi" w:hAnsiTheme="majorHAnsi" w:cstheme="majorHAnsi"/>
        </w:rPr>
        <w:lastRenderedPageBreak/>
        <w:t>getcomposer.org and install it.</w:t>
      </w:r>
      <w:r w:rsidRPr="00160708">
        <w:rPr>
          <w:rFonts w:asciiTheme="majorHAnsi" w:hAnsiTheme="majorHAnsi" w:cstheme="majorHAnsi"/>
        </w:rPr>
        <w:br/>
        <w:t>2. Navigate to the PHP-Parser directory: cd C:\yakpro\yakpro\PHP-Parser</w:t>
      </w:r>
      <w:r w:rsidRPr="00160708">
        <w:rPr>
          <w:rFonts w:asciiTheme="majorHAnsi" w:hAnsiTheme="majorHAnsi" w:cstheme="majorHAnsi"/>
        </w:rPr>
        <w:br/>
        <w:t>3. Run the following command to install dependencies: composer install</w:t>
      </w:r>
      <w:r w:rsidRPr="00160708">
        <w:rPr>
          <w:rFonts w:asciiTheme="majorHAnsi" w:hAnsiTheme="majorHAnsi" w:cstheme="majorHAnsi"/>
        </w:rPr>
        <w:br/>
        <w:t>4. Confirm that the vendor/autoload.php file is generated in the PHP-Parser directory.</w:t>
      </w:r>
      <w:r w:rsidRPr="00160708">
        <w:rPr>
          <w:rFonts w:asciiTheme="majorHAnsi" w:hAnsiTheme="majorHAnsi" w:cstheme="majorHAnsi"/>
        </w:rPr>
        <w:br/>
      </w:r>
    </w:p>
    <w:p w14:paraId="7E1109F6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6. Link PHP-Parser with YAK Pro</w:t>
      </w:r>
    </w:p>
    <w:p w14:paraId="6EB8232B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Open the yakpro-po.php file located in C:\yakpro\yakpro in any text editor.</w:t>
      </w:r>
      <w:r w:rsidRPr="00160708">
        <w:rPr>
          <w:rFonts w:asciiTheme="majorHAnsi" w:hAnsiTheme="majorHAnsi" w:cstheme="majorHAnsi"/>
        </w:rPr>
        <w:br/>
        <w:t>2. Add the following line at the top of the file, just before the switch($conf-&gt;parser_mode) line:</w:t>
      </w:r>
      <w:r w:rsidRPr="00160708">
        <w:rPr>
          <w:rFonts w:asciiTheme="majorHAnsi" w:hAnsiTheme="majorHAnsi" w:cstheme="majorHAnsi"/>
        </w:rPr>
        <w:br/>
        <w:t xml:space="preserve">    require_once 'PHP-Parser/vendor/autoload.php';</w:t>
      </w:r>
      <w:r w:rsidRPr="00160708">
        <w:rPr>
          <w:rFonts w:asciiTheme="majorHAnsi" w:hAnsiTheme="majorHAnsi" w:cstheme="majorHAnsi"/>
        </w:rPr>
        <w:br/>
        <w:t xml:space="preserve">   This ensures YAK Pro correctly uses PHP-Parser.</w:t>
      </w:r>
      <w:r w:rsidRPr="00160708">
        <w:rPr>
          <w:rFonts w:asciiTheme="majorHAnsi" w:hAnsiTheme="majorHAnsi" w:cstheme="majorHAnsi"/>
        </w:rPr>
        <w:br/>
      </w:r>
    </w:p>
    <w:p w14:paraId="292A0BC1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7. Configure YAK Pro</w:t>
      </w:r>
    </w:p>
    <w:p w14:paraId="4D11AA94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YAK Pro uses a configuration file named yakpro-po.cnf.</w:t>
      </w:r>
      <w:r w:rsidRPr="00160708">
        <w:rPr>
          <w:rFonts w:asciiTheme="majorHAnsi" w:hAnsiTheme="majorHAnsi" w:cstheme="majorHAnsi"/>
        </w:rPr>
        <w:br/>
        <w:t>2. By default, the tool will use the configuration file located in: C:\yakpro\yakpro\yakpro-po.cnf</w:t>
      </w:r>
      <w:r w:rsidRPr="00160708">
        <w:rPr>
          <w:rFonts w:asciiTheme="majorHAnsi" w:hAnsiTheme="majorHAnsi" w:cstheme="majorHAnsi"/>
        </w:rPr>
        <w:br/>
        <w:t>3. Modify the configuration file as needed. Ensure paths and settings match your project’s requirements.</w:t>
      </w:r>
      <w:r w:rsidRPr="00160708">
        <w:rPr>
          <w:rFonts w:asciiTheme="majorHAnsi" w:hAnsiTheme="majorHAnsi" w:cstheme="majorHAnsi"/>
        </w:rPr>
        <w:br/>
      </w:r>
    </w:p>
    <w:p w14:paraId="39C9C3D6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8. Test YAK Pro Installation</w:t>
      </w:r>
    </w:p>
    <w:p w14:paraId="0C6ABAF1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Return to the main yakpro directory: cd C:\yakpro\yakpro</w:t>
      </w:r>
      <w:r w:rsidRPr="00160708">
        <w:rPr>
          <w:rFonts w:asciiTheme="majorHAnsi" w:hAnsiTheme="majorHAnsi" w:cstheme="majorHAnsi"/>
        </w:rPr>
        <w:br/>
        <w:t>2. Test the installation: php yakpro-po.php</w:t>
      </w:r>
      <w:r w:rsidRPr="00160708">
        <w:rPr>
          <w:rFonts w:asciiTheme="majorHAnsi" w:hAnsiTheme="majorHAnsi" w:cstheme="majorHAnsi"/>
        </w:rPr>
        <w:br/>
        <w:t xml:space="preserve">   If the installation is successful, you will see the version of YAK Pro and usage instructions.</w:t>
      </w:r>
      <w:r w:rsidRPr="00160708">
        <w:rPr>
          <w:rFonts w:asciiTheme="majorHAnsi" w:hAnsiTheme="majorHAnsi" w:cstheme="majorHAnsi"/>
        </w:rPr>
        <w:br/>
      </w:r>
    </w:p>
    <w:p w14:paraId="75926CFD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9. Obfuscate a PHP File</w:t>
      </w:r>
    </w:p>
    <w:p w14:paraId="1353FA3B" w14:textId="77777777" w:rsidR="009121E0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1. Place your PHP source file (e.g., customer_invoice.php) in a directory relative to yakpro.</w:t>
      </w:r>
      <w:r w:rsidRPr="00160708">
        <w:rPr>
          <w:rFonts w:asciiTheme="majorHAnsi" w:hAnsiTheme="majorHAnsi" w:cstheme="majorHAnsi"/>
        </w:rPr>
        <w:br/>
        <w:t xml:space="preserve">   Example: Place customer_invoice.php in the parent directory:</w:t>
      </w:r>
      <w:r w:rsidRPr="00160708">
        <w:rPr>
          <w:rFonts w:asciiTheme="majorHAnsi" w:hAnsiTheme="majorHAnsi" w:cstheme="majorHAnsi"/>
        </w:rPr>
        <w:br/>
        <w:t xml:space="preserve">   C:\yakpro\customer_invoice.php</w:t>
      </w:r>
      <w:r w:rsidRPr="00160708">
        <w:rPr>
          <w:rFonts w:asciiTheme="majorHAnsi" w:hAnsiTheme="majorHAnsi" w:cstheme="majorHAnsi"/>
        </w:rPr>
        <w:br/>
        <w:t>2. Run the obfuscation command:</w:t>
      </w:r>
      <w:r w:rsidRPr="00160708">
        <w:rPr>
          <w:rFonts w:asciiTheme="majorHAnsi" w:hAnsiTheme="majorHAnsi" w:cstheme="majorHAnsi"/>
        </w:rPr>
        <w:br/>
        <w:t xml:space="preserve">    php yakpro-po.php ../customer_invoice.php -o ../cust_inv.php</w:t>
      </w:r>
      <w:r w:rsidRPr="00160708">
        <w:rPr>
          <w:rFonts w:asciiTheme="majorHAnsi" w:hAnsiTheme="majorHAnsi" w:cstheme="majorHAnsi"/>
        </w:rPr>
        <w:br/>
        <w:t xml:space="preserve">    - Input File: ../customer_invoice.php</w:t>
      </w:r>
      <w:r w:rsidRPr="00160708">
        <w:rPr>
          <w:rFonts w:asciiTheme="majorHAnsi" w:hAnsiTheme="majorHAnsi" w:cstheme="majorHAnsi"/>
        </w:rPr>
        <w:br/>
      </w:r>
      <w:r w:rsidRPr="00160708">
        <w:rPr>
          <w:rFonts w:asciiTheme="majorHAnsi" w:hAnsiTheme="majorHAnsi" w:cstheme="majorHAnsi"/>
        </w:rPr>
        <w:lastRenderedPageBreak/>
        <w:t xml:space="preserve">    - Output File: ../cust_inv.php</w:t>
      </w:r>
      <w:r w:rsidRPr="00160708">
        <w:rPr>
          <w:rFonts w:asciiTheme="majorHAnsi" w:hAnsiTheme="majorHAnsi" w:cstheme="majorHAnsi"/>
        </w:rPr>
        <w:br/>
        <w:t>3. Verify that the obfuscated file cust_inv.php is created in the specified output location.</w:t>
      </w:r>
    </w:p>
    <w:p w14:paraId="33F8E446" w14:textId="77777777" w:rsidR="00690553" w:rsidRPr="00160708" w:rsidRDefault="009121E0" w:rsidP="009121E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t>You can also obfuscate a folder not a single file</w:t>
      </w:r>
    </w:p>
    <w:p w14:paraId="106693D7" w14:textId="77777777" w:rsidR="00690553" w:rsidRPr="00160708" w:rsidRDefault="00690553" w:rsidP="009121E0">
      <w:pPr>
        <w:rPr>
          <w:rFonts w:asciiTheme="majorHAnsi" w:hAnsiTheme="majorHAnsi" w:cstheme="majorHAnsi"/>
        </w:rPr>
      </w:pPr>
    </w:p>
    <w:p w14:paraId="3F97E111" w14:textId="77777777" w:rsidR="00690553" w:rsidRPr="00160708" w:rsidRDefault="00690553" w:rsidP="009121E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t>php -d memory_limit=2G yakpro-po.php ../../xampp/htdocs/main -o ../../xampp/htdocs/main2</w:t>
      </w:r>
    </w:p>
    <w:p w14:paraId="24FB5B16" w14:textId="77777777" w:rsidR="00690553" w:rsidRPr="00160708" w:rsidRDefault="00690553" w:rsidP="009121E0">
      <w:pPr>
        <w:rPr>
          <w:rFonts w:asciiTheme="majorHAnsi" w:hAnsiTheme="majorHAnsi" w:cstheme="majorHAnsi"/>
        </w:rPr>
      </w:pPr>
    </w:p>
    <w:p w14:paraId="3900A8DE" w14:textId="77777777" w:rsidR="00690553" w:rsidRPr="00160708" w:rsidRDefault="00690553" w:rsidP="009121E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t>increase memory limit</w:t>
      </w:r>
    </w:p>
    <w:p w14:paraId="67900A36" w14:textId="77777777" w:rsidR="00690553" w:rsidRPr="00160708" w:rsidRDefault="00690553" w:rsidP="009121E0">
      <w:pPr>
        <w:rPr>
          <w:rFonts w:asciiTheme="majorHAnsi" w:hAnsiTheme="majorHAnsi" w:cstheme="majorHAnsi"/>
        </w:rPr>
      </w:pPr>
    </w:p>
    <w:p w14:paraId="577D3EA1" w14:textId="78A4D2C3" w:rsidR="00690553" w:rsidRPr="00160708" w:rsidRDefault="00690553" w:rsidP="009121E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t>and you can edit in yakpro-ph.php</w:t>
      </w:r>
    </w:p>
    <w:p w14:paraId="54A16AEB" w14:textId="77777777" w:rsidR="00690553" w:rsidRPr="00160708" w:rsidRDefault="00690553" w:rsidP="009121E0">
      <w:pPr>
        <w:rPr>
          <w:rFonts w:asciiTheme="majorHAnsi" w:hAnsiTheme="majorHAnsi" w:cstheme="majorHAnsi"/>
        </w:rPr>
      </w:pPr>
    </w:p>
    <w:p w14:paraId="515478B2" w14:textId="545BBDFB" w:rsidR="00690553" w:rsidRPr="00160708" w:rsidRDefault="00690553" w:rsidP="00690553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t>add the below : under require_once 'include/classes/config.php';</w:t>
      </w:r>
    </w:p>
    <w:p w14:paraId="7A808B85" w14:textId="706B4BF0" w:rsidR="00690553" w:rsidRPr="00160708" w:rsidRDefault="00690553" w:rsidP="00690553">
      <w:pPr>
        <w:rPr>
          <w:rFonts w:asciiTheme="majorHAnsi" w:hAnsiTheme="majorHAnsi" w:cstheme="majorHAnsi"/>
          <w:b/>
          <w:bCs/>
        </w:rPr>
      </w:pPr>
      <w:r w:rsidRPr="00160708">
        <w:rPr>
          <w:rFonts w:asciiTheme="majorHAnsi" w:hAnsiTheme="majorHAnsi" w:cstheme="majorHAnsi"/>
          <w:b/>
          <w:bCs/>
        </w:rPr>
        <w:t xml:space="preserve">  $conf-&gt;scramble_mode = 'identifier_only'; // Minimal obfuscation</w:t>
      </w:r>
    </w:p>
    <w:p w14:paraId="0D6C2405" w14:textId="2D2BD19F" w:rsidR="00164F8E" w:rsidRPr="00160708" w:rsidRDefault="009121E0" w:rsidP="00690553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t xml:space="preserve"> </w:t>
      </w:r>
    </w:p>
    <w:p w14:paraId="40F79D99" w14:textId="47323F93" w:rsidR="004475E4" w:rsidRPr="00160708" w:rsidRDefault="004475E4" w:rsidP="00160708">
      <w:pPr>
        <w:tabs>
          <w:tab w:val="center" w:pos="4320"/>
        </w:tabs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160708">
        <w:rPr>
          <w:rFonts w:asciiTheme="majorHAnsi" w:hAnsiTheme="majorHAnsi" w:cstheme="majorHAnsi"/>
        </w:rPr>
        <w:t>You can run in that way less intense</w:t>
      </w:r>
      <w:r w:rsidR="00160708">
        <w:rPr>
          <w:rFonts w:asciiTheme="majorHAnsi" w:hAnsiTheme="majorHAnsi" w:cstheme="majorHAnsi"/>
        </w:rPr>
        <w:tab/>
      </w:r>
      <w:r w:rsidRPr="00160708">
        <w:rPr>
          <w:rFonts w:asciiTheme="majorHAnsi" w:hAnsiTheme="majorHAnsi" w:cstheme="majorHAnsi"/>
        </w:rPr>
        <w:br/>
      </w:r>
    </w:p>
    <w:p w14:paraId="7716F9E6" w14:textId="6CADF489" w:rsidR="00E45ED9" w:rsidRPr="00160708" w:rsidRDefault="00E45ED9">
      <w:pPr>
        <w:pStyle w:val="Heading1"/>
        <w:rPr>
          <w:rFonts w:cstheme="majorHAnsi"/>
          <w:color w:val="000000" w:themeColor="text1"/>
          <w:sz w:val="20"/>
          <w:szCs w:val="20"/>
        </w:rPr>
      </w:pPr>
      <w:r w:rsidRPr="00160708">
        <w:rPr>
          <w:rFonts w:cstheme="majorHAnsi"/>
          <w:color w:val="000000" w:themeColor="text1"/>
          <w:sz w:val="20"/>
          <w:szCs w:val="20"/>
        </w:rPr>
        <w:t>php -d memory_limit=2G yakpro-po.php ../../xampp/htdocs/main -o ../../xampp/htdocs/main2 --no-obfuscate-string-literal --no-obfuscate-function-name --shuffle-statements</w:t>
      </w:r>
    </w:p>
    <w:p w14:paraId="41B4C578" w14:textId="77777777" w:rsidR="00E45ED9" w:rsidRPr="00160708" w:rsidRDefault="00E45ED9">
      <w:pPr>
        <w:pStyle w:val="Heading1"/>
        <w:rPr>
          <w:rFonts w:cstheme="majorHAnsi"/>
          <w:color w:val="000000" w:themeColor="text1"/>
          <w:sz w:val="20"/>
          <w:szCs w:val="20"/>
        </w:rPr>
      </w:pPr>
    </w:p>
    <w:p w14:paraId="08AE7BE8" w14:textId="477DD72D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t>10. Troubleshooting</w:t>
      </w:r>
    </w:p>
    <w:p w14:paraId="2D8BC43B" w14:textId="77777777" w:rsidR="00E45ED9" w:rsidRPr="00160708" w:rsidRDefault="00E45ED9" w:rsidP="00E45ED9">
      <w:pPr>
        <w:rPr>
          <w:rFonts w:asciiTheme="majorHAnsi" w:hAnsiTheme="majorHAnsi" w:cstheme="majorHAnsi"/>
        </w:rPr>
      </w:pPr>
    </w:p>
    <w:p w14:paraId="54D58C76" w14:textId="77777777" w:rsidR="00E45ED9" w:rsidRPr="00160708" w:rsidRDefault="00E45ED9" w:rsidP="00E45ED9">
      <w:pPr>
        <w:rPr>
          <w:rFonts w:asciiTheme="majorHAnsi" w:hAnsiTheme="majorHAnsi" w:cstheme="majorHAnsi"/>
        </w:rPr>
      </w:pPr>
    </w:p>
    <w:p w14:paraId="28D42D94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If you encounter any issues:</w:t>
      </w:r>
      <w:r w:rsidRPr="00160708">
        <w:rPr>
          <w:rFonts w:asciiTheme="majorHAnsi" w:hAnsiTheme="majorHAnsi" w:cstheme="majorHAnsi"/>
        </w:rPr>
        <w:br/>
        <w:t>- Ensure the file paths are correct.</w:t>
      </w:r>
      <w:r w:rsidRPr="00160708">
        <w:rPr>
          <w:rFonts w:asciiTheme="majorHAnsi" w:hAnsiTheme="majorHAnsi" w:cstheme="majorHAnsi"/>
        </w:rPr>
        <w:br/>
        <w:t>- Ensure PHP and Composer are properly installed and available in your system's PATH.</w:t>
      </w:r>
      <w:r w:rsidRPr="00160708">
        <w:rPr>
          <w:rFonts w:asciiTheme="majorHAnsi" w:hAnsiTheme="majorHAnsi" w:cstheme="majorHAnsi"/>
        </w:rPr>
        <w:br/>
        <w:t>- Verify the PHP-Parser/vendor/autoload.php file exists.</w:t>
      </w:r>
      <w:r w:rsidRPr="00160708">
        <w:rPr>
          <w:rFonts w:asciiTheme="majorHAnsi" w:hAnsiTheme="majorHAnsi" w:cstheme="majorHAnsi"/>
        </w:rPr>
        <w:br/>
        <w:t>- Debug file paths by adding realpath() outputs in the yakpro-po.php script.</w:t>
      </w:r>
      <w:r w:rsidRPr="00160708">
        <w:rPr>
          <w:rFonts w:asciiTheme="majorHAnsi" w:hAnsiTheme="majorHAnsi" w:cstheme="majorHAnsi"/>
        </w:rPr>
        <w:br/>
      </w:r>
    </w:p>
    <w:p w14:paraId="6EE54661" w14:textId="77777777" w:rsidR="00164F8E" w:rsidRPr="00160708" w:rsidRDefault="00000000">
      <w:pPr>
        <w:pStyle w:val="Heading1"/>
        <w:rPr>
          <w:rFonts w:cstheme="majorHAnsi"/>
        </w:rPr>
      </w:pPr>
      <w:r w:rsidRPr="00160708">
        <w:rPr>
          <w:rFonts w:cstheme="majorHAnsi"/>
        </w:rPr>
        <w:lastRenderedPageBreak/>
        <w:t>Conclusion</w:t>
      </w:r>
    </w:p>
    <w:p w14:paraId="6CC9D93E" w14:textId="77777777" w:rsidR="00164F8E" w:rsidRPr="00160708" w:rsidRDefault="00000000">
      <w:pPr>
        <w:rPr>
          <w:rFonts w:asciiTheme="majorHAnsi" w:hAnsiTheme="majorHAnsi" w:cstheme="majorHAnsi"/>
        </w:rPr>
      </w:pPr>
      <w:r w:rsidRPr="00160708">
        <w:rPr>
          <w:rFonts w:asciiTheme="majorHAnsi" w:hAnsiTheme="majorHAnsi" w:cstheme="majorHAnsi"/>
        </w:rPr>
        <w:br/>
        <w:t>You’ve successfully installed and configured YAK Pro to obfuscate PHP files. You can now use it to protect your PHP code. Repeat the obfuscation command for other files as needed.</w:t>
      </w:r>
      <w:r w:rsidRPr="00160708">
        <w:rPr>
          <w:rFonts w:asciiTheme="majorHAnsi" w:hAnsiTheme="majorHAnsi" w:cstheme="majorHAnsi"/>
        </w:rPr>
        <w:br/>
      </w:r>
    </w:p>
    <w:p w14:paraId="7911F1C7" w14:textId="77777777" w:rsidR="00160708" w:rsidRPr="00160708" w:rsidRDefault="00160708">
      <w:pPr>
        <w:rPr>
          <w:rFonts w:asciiTheme="majorHAnsi" w:hAnsiTheme="majorHAnsi" w:cstheme="majorHAnsi"/>
        </w:rPr>
      </w:pPr>
    </w:p>
    <w:p w14:paraId="709BA39F" w14:textId="2DDDD57B" w:rsidR="00332072" w:rsidRDefault="00143DAD" w:rsidP="00160708">
      <w:pPr>
        <w:rPr>
          <w:rFonts w:asciiTheme="majorHAnsi" w:hAnsiTheme="majorHAnsi" w:cstheme="majorHAnsi"/>
        </w:rPr>
      </w:pPr>
      <w:r w:rsidRPr="00143DAD">
        <w:rPr>
          <w:rFonts w:asciiTheme="majorHAnsi" w:hAnsiTheme="majorHAnsi" w:cstheme="majorHAnsi"/>
        </w:rPr>
        <w:t>php -d memory_limit=2G yakpro-po.php ../../xampp/htdocs/main -o ../../xampp/htdocs/main2 --no-obfuscate-string-literal --no-obfuscate-function-name --no-obfuscate-variable-name --no-obfuscate-class-name --no-obfuscate-namespace-name --no-obfuscate-method-name --no-obfuscate-property-name --no-obfuscate-constant-name --no-obfuscate-trait-name --no-obfuscate-interface-name --no-obfuscate-label-name --no-shuffle-statements --no-strip-indentation</w:t>
      </w:r>
    </w:p>
    <w:p w14:paraId="4FDAB843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4EE5AA54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10D81E37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3A8B9030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5D6C72E0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59511790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3B692503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482970C6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1799AF01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6555CC80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5638C8FF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2E03155C" w14:textId="77777777" w:rsidR="00121F38" w:rsidRDefault="00121F38" w:rsidP="00160708">
      <w:pPr>
        <w:rPr>
          <w:rFonts w:asciiTheme="majorHAnsi" w:hAnsiTheme="majorHAnsi" w:cstheme="majorHAnsi"/>
        </w:rPr>
      </w:pPr>
    </w:p>
    <w:p w14:paraId="79869426" w14:textId="77777777" w:rsidR="00121F38" w:rsidRDefault="00121F38" w:rsidP="00160708">
      <w:pPr>
        <w:rPr>
          <w:rFonts w:asciiTheme="majorHAnsi" w:hAnsiTheme="majorHAnsi" w:cstheme="majorHAnsi"/>
        </w:rPr>
      </w:pPr>
    </w:p>
    <w:p w14:paraId="6862A551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0FA3D9DB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65D8F2C7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04AC27E2" w14:textId="77777777" w:rsidR="00143DAD" w:rsidRDefault="00143DAD" w:rsidP="00160708">
      <w:pPr>
        <w:rPr>
          <w:rFonts w:asciiTheme="majorHAnsi" w:hAnsiTheme="majorHAnsi" w:cstheme="majorHAnsi"/>
        </w:rPr>
      </w:pPr>
    </w:p>
    <w:p w14:paraId="3D1AF8AC" w14:textId="77777777" w:rsidR="00332072" w:rsidRDefault="00332072" w:rsidP="00332072">
      <w:r>
        <w:lastRenderedPageBreak/>
        <w:t>Usage:</w:t>
      </w:r>
    </w:p>
    <w:p w14:paraId="4EC2AD62" w14:textId="77777777" w:rsidR="00332072" w:rsidRDefault="00332072" w:rsidP="00332072"/>
    <w:p w14:paraId="1D826CB5" w14:textId="77777777" w:rsidR="00332072" w:rsidRDefault="00332072" w:rsidP="00332072">
      <w:r>
        <w:t>yakpro-po</w:t>
      </w:r>
    </w:p>
    <w:p w14:paraId="2F912902" w14:textId="77777777" w:rsidR="00332072" w:rsidRDefault="00332072" w:rsidP="00332072">
      <w:r>
        <w:t>Obfuscates according configuration file!</w:t>
      </w:r>
    </w:p>
    <w:p w14:paraId="6EDEEF9D" w14:textId="77777777" w:rsidR="00332072" w:rsidRDefault="00332072" w:rsidP="00332072">
      <w:r>
        <w:t>(See configuration file loading algorithm)</w:t>
      </w:r>
    </w:p>
    <w:p w14:paraId="799B5B95" w14:textId="77777777" w:rsidR="00332072" w:rsidRDefault="00332072" w:rsidP="00332072"/>
    <w:p w14:paraId="58156594" w14:textId="77777777" w:rsidR="00332072" w:rsidRDefault="00332072" w:rsidP="00332072">
      <w:r>
        <w:t>yakpro-po source_filename</w:t>
      </w:r>
    </w:p>
    <w:p w14:paraId="47E6C1BF" w14:textId="77777777" w:rsidR="00332072" w:rsidRDefault="00332072" w:rsidP="00332072">
      <w:r>
        <w:t>Obfuscates code to stdout</w:t>
      </w:r>
    </w:p>
    <w:p w14:paraId="7AA39433" w14:textId="77777777" w:rsidR="00332072" w:rsidRDefault="00332072" w:rsidP="00332072"/>
    <w:p w14:paraId="7079643B" w14:textId="77777777" w:rsidR="00332072" w:rsidRDefault="00332072" w:rsidP="00332072">
      <w:r>
        <w:t>yakpro-po source_filename -o target_filename</w:t>
      </w:r>
    </w:p>
    <w:p w14:paraId="7C072770" w14:textId="77777777" w:rsidR="00332072" w:rsidRDefault="00332072" w:rsidP="00332072">
      <w:r>
        <w:t>Obfuscates code to target_filename</w:t>
      </w:r>
    </w:p>
    <w:p w14:paraId="3980E534" w14:textId="77777777" w:rsidR="00332072" w:rsidRDefault="00332072" w:rsidP="00332072"/>
    <w:p w14:paraId="20E5DCED" w14:textId="77777777" w:rsidR="00332072" w:rsidRDefault="00332072" w:rsidP="00332072">
      <w:r>
        <w:t>yakpro-po source_directory -o target_directory</w:t>
      </w:r>
    </w:p>
    <w:p w14:paraId="2D592C31" w14:textId="77777777" w:rsidR="00332072" w:rsidRDefault="00332072" w:rsidP="00332072">
      <w:r>
        <w:t>Recursivly obfuscates code to target_directory/yakpro-po (creates it if it does not already exist).</w:t>
      </w:r>
    </w:p>
    <w:p w14:paraId="51012133" w14:textId="77777777" w:rsidR="00332072" w:rsidRDefault="00332072" w:rsidP="00332072"/>
    <w:p w14:paraId="336393B8" w14:textId="77777777" w:rsidR="00332072" w:rsidRDefault="00332072" w:rsidP="00332072">
      <w:r>
        <w:t>yakpro-po --config-file config_file_path</w:t>
      </w:r>
    </w:p>
    <w:p w14:paraId="0E26CCCB" w14:textId="77777777" w:rsidR="00332072" w:rsidRDefault="00332072" w:rsidP="00332072">
      <w:r>
        <w:t>According to config_file_path.</w:t>
      </w:r>
    </w:p>
    <w:p w14:paraId="018B3E26" w14:textId="77777777" w:rsidR="00332072" w:rsidRDefault="00332072" w:rsidP="00332072"/>
    <w:p w14:paraId="55DBE656" w14:textId="77777777" w:rsidR="00332072" w:rsidRDefault="00332072" w:rsidP="00332072">
      <w:r>
        <w:t>yakpro-po --clean</w:t>
      </w:r>
    </w:p>
    <w:p w14:paraId="7020435D" w14:textId="77777777" w:rsidR="00332072" w:rsidRDefault="00332072" w:rsidP="00332072">
      <w:r>
        <w:t>Requires target_directory to be present in your config file!</w:t>
      </w:r>
    </w:p>
    <w:p w14:paraId="20C52F16" w14:textId="77777777" w:rsidR="00332072" w:rsidRDefault="00332072" w:rsidP="00332072">
      <w:r>
        <w:t>Recursivly removes target_directory/yakpro-po</w:t>
      </w:r>
    </w:p>
    <w:p w14:paraId="47AC32D6" w14:textId="77777777" w:rsidR="00332072" w:rsidRDefault="00332072" w:rsidP="00332072"/>
    <w:p w14:paraId="34271F66" w14:textId="77777777" w:rsidR="00332072" w:rsidRDefault="00332072" w:rsidP="00332072"/>
    <w:p w14:paraId="5BEC55DC" w14:textId="77777777" w:rsidR="00332072" w:rsidRDefault="00332072" w:rsidP="00332072">
      <w:r>
        <w:t>Configuration file loading algorithm:</w:t>
      </w:r>
    </w:p>
    <w:p w14:paraId="14A6AF8B" w14:textId="77777777" w:rsidR="00332072" w:rsidRDefault="00332072" w:rsidP="00332072">
      <w:r>
        <w:t>(the first found is used)</w:t>
      </w:r>
    </w:p>
    <w:p w14:paraId="59A91A12" w14:textId="77777777" w:rsidR="00332072" w:rsidRDefault="00332072" w:rsidP="00332072"/>
    <w:p w14:paraId="475A15AE" w14:textId="77777777" w:rsidR="00332072" w:rsidRDefault="00332072" w:rsidP="00332072">
      <w:r>
        <w:t xml:space="preserve">    --config-file argument value</w:t>
      </w:r>
    </w:p>
    <w:p w14:paraId="65FE98B0" w14:textId="77777777" w:rsidR="00332072" w:rsidRDefault="00332072" w:rsidP="00332072">
      <w:r>
        <w:t xml:space="preserve">    YAKPRO_PO_CONFIG_FILE environment variable value if existing and not empty.</w:t>
      </w:r>
    </w:p>
    <w:p w14:paraId="73348807" w14:textId="77777777" w:rsidR="00332072" w:rsidRDefault="00332072" w:rsidP="00332072"/>
    <w:p w14:paraId="41536A8E" w14:textId="77777777" w:rsidR="00332072" w:rsidRDefault="00332072" w:rsidP="00332072">
      <w:r>
        <w:t xml:space="preserve">    filename selection:</w:t>
      </w:r>
    </w:p>
    <w:p w14:paraId="382BA6B9" w14:textId="77777777" w:rsidR="00332072" w:rsidRDefault="00332072" w:rsidP="00332072">
      <w:r>
        <w:t xml:space="preserve">           YAKPRO_PO_CONFIG_FILENAME environment variable value if existing and not empty,</w:t>
      </w:r>
    </w:p>
    <w:p w14:paraId="7DA7D893" w14:textId="77777777" w:rsidR="00332072" w:rsidRDefault="00332072" w:rsidP="00332072">
      <w:r>
        <w:t xml:space="preserve">           yakpro-po.cnf otherwise.</w:t>
      </w:r>
    </w:p>
    <w:p w14:paraId="2B2C89A6" w14:textId="77777777" w:rsidR="00332072" w:rsidRDefault="00332072" w:rsidP="00332072"/>
    <w:p w14:paraId="66A95DB9" w14:textId="77777777" w:rsidR="00332072" w:rsidRDefault="00332072" w:rsidP="00332072">
      <w:r>
        <w:t xml:space="preserve">     file is then searched in the following directories:</w:t>
      </w:r>
    </w:p>
    <w:p w14:paraId="0A7D79CC" w14:textId="77777777" w:rsidR="00332072" w:rsidRDefault="00332072" w:rsidP="00332072">
      <w:r>
        <w:t xml:space="preserve">            YAKPRO_PO_CONFIG_DIRECTORY  environment variable value if existing and not empty.</w:t>
      </w:r>
    </w:p>
    <w:p w14:paraId="0AB636B1" w14:textId="77777777" w:rsidR="00332072" w:rsidRDefault="00332072" w:rsidP="00332072">
      <w:r>
        <w:t xml:space="preserve">            current_working_directory</w:t>
      </w:r>
    </w:p>
    <w:p w14:paraId="0B5CE4E4" w14:textId="77777777" w:rsidR="00332072" w:rsidRDefault="00332072" w:rsidP="00332072">
      <w:r>
        <w:t xml:space="preserve">            current_working_directory/config</w:t>
      </w:r>
    </w:p>
    <w:p w14:paraId="05C5C856" w14:textId="77777777" w:rsidR="00332072" w:rsidRDefault="00332072" w:rsidP="00332072">
      <w:r>
        <w:t xml:space="preserve">            home_directory</w:t>
      </w:r>
    </w:p>
    <w:p w14:paraId="0FA345FD" w14:textId="77777777" w:rsidR="00332072" w:rsidRDefault="00332072" w:rsidP="00332072">
      <w:r>
        <w:t xml:space="preserve">            home_directory/config</w:t>
      </w:r>
    </w:p>
    <w:p w14:paraId="05C0BDFA" w14:textId="77777777" w:rsidR="00332072" w:rsidRDefault="00332072" w:rsidP="00332072">
      <w:r>
        <w:t xml:space="preserve">            /usr/local/YAK/yakpro-po</w:t>
      </w:r>
    </w:p>
    <w:p w14:paraId="4E44C2BD" w14:textId="77777777" w:rsidR="00332072" w:rsidRDefault="00332072" w:rsidP="00332072">
      <w:r>
        <w:t xml:space="preserve">            source_code_directory/default_conf_filename</w:t>
      </w:r>
    </w:p>
    <w:p w14:paraId="3EEF98DD" w14:textId="77777777" w:rsidR="00332072" w:rsidRDefault="00332072" w:rsidP="00332072"/>
    <w:p w14:paraId="08C825B6" w14:textId="77777777" w:rsidR="00332072" w:rsidRDefault="00332072" w:rsidP="00332072">
      <w:r>
        <w:t xml:space="preserve">      if no config file is found, default values are used.</w:t>
      </w:r>
    </w:p>
    <w:p w14:paraId="015B7F47" w14:textId="77777777" w:rsidR="00332072" w:rsidRDefault="00332072" w:rsidP="00332072"/>
    <w:p w14:paraId="2E2E7733" w14:textId="77777777" w:rsidR="00332072" w:rsidRDefault="00332072" w:rsidP="00332072">
      <w:r>
        <w:t xml:space="preserve">      You can find the default config file as an example in the yakpro-po.cnf file of the</w:t>
      </w:r>
    </w:p>
    <w:p w14:paraId="479FA00B" w14:textId="77777777" w:rsidR="00332072" w:rsidRDefault="00332072" w:rsidP="00332072">
      <w:r>
        <w:t xml:space="preserve">      repository.</w:t>
      </w:r>
    </w:p>
    <w:p w14:paraId="51CB9408" w14:textId="77777777" w:rsidR="00332072" w:rsidRDefault="00332072" w:rsidP="00332072">
      <w:r>
        <w:t xml:space="preserve">      Do not modify it directly because it will be overwritten at each update!</w:t>
      </w:r>
    </w:p>
    <w:p w14:paraId="09FAEAC0" w14:textId="77777777" w:rsidR="00332072" w:rsidRDefault="00332072" w:rsidP="00332072">
      <w:r>
        <w:t xml:space="preserve">      Use your own yakpro-po.cnf file (for example in the root directory of your project)</w:t>
      </w:r>
    </w:p>
    <w:p w14:paraId="7A0C742E" w14:textId="77777777" w:rsidR="00332072" w:rsidRDefault="00332072" w:rsidP="00332072"/>
    <w:p w14:paraId="4AD1FDE6" w14:textId="77777777" w:rsidR="00332072" w:rsidRDefault="00332072" w:rsidP="00332072">
      <w:r>
        <w:t xml:space="preserve">      When working on directories,</w:t>
      </w:r>
    </w:p>
    <w:p w14:paraId="75063DB0" w14:textId="77777777" w:rsidR="00332072" w:rsidRDefault="00332072" w:rsidP="00332072">
      <w:r>
        <w:lastRenderedPageBreak/>
        <w:t xml:space="preserve">      context is saved in order to reuse the same obfuscation translation table.</w:t>
      </w:r>
    </w:p>
    <w:p w14:paraId="0B7980AD" w14:textId="77777777" w:rsidR="00332072" w:rsidRDefault="00332072" w:rsidP="00332072">
      <w:r>
        <w:t xml:space="preserve">      When you make some changes in one or several source files,</w:t>
      </w:r>
    </w:p>
    <w:p w14:paraId="4F4A2A83" w14:textId="77777777" w:rsidR="00332072" w:rsidRDefault="00332072" w:rsidP="00332072">
      <w:r>
        <w:t xml:space="preserve">      yakpro-po uses timestamps to only reobfuscate files that were changed</w:t>
      </w:r>
    </w:p>
    <w:p w14:paraId="6B4DD03C" w14:textId="77777777" w:rsidR="00332072" w:rsidRDefault="00332072" w:rsidP="00332072">
      <w:r>
        <w:t xml:space="preserve">      since the last obfuscation.</w:t>
      </w:r>
    </w:p>
    <w:p w14:paraId="233A762D" w14:textId="77777777" w:rsidR="00332072" w:rsidRDefault="00332072" w:rsidP="00332072">
      <w:r>
        <w:t xml:space="preserve">      This can save you a lot of time.</w:t>
      </w:r>
    </w:p>
    <w:p w14:paraId="14D450E0" w14:textId="77777777" w:rsidR="00332072" w:rsidRDefault="00332072" w:rsidP="00332072"/>
    <w:p w14:paraId="302F6184" w14:textId="77777777" w:rsidR="00332072" w:rsidRDefault="00332072" w:rsidP="00332072">
      <w:r>
        <w:t xml:space="preserve">      caveats: does not delete files that are no more present...</w:t>
      </w:r>
    </w:p>
    <w:p w14:paraId="24BCCB03" w14:textId="77777777" w:rsidR="00332072" w:rsidRDefault="00332072" w:rsidP="00332072">
      <w:r>
        <w:t xml:space="preserve">               use --clean  command line parameter, and then re-obfuscate all!</w:t>
      </w:r>
    </w:p>
    <w:p w14:paraId="79C5058F" w14:textId="77777777" w:rsidR="00332072" w:rsidRDefault="00332072" w:rsidP="00332072"/>
    <w:p w14:paraId="16732621" w14:textId="77777777" w:rsidR="00332072" w:rsidRDefault="00332072" w:rsidP="00332072">
      <w:r>
        <w:t>Other command line options:</w:t>
      </w:r>
    </w:p>
    <w:p w14:paraId="5A8A781C" w14:textId="77777777" w:rsidR="00332072" w:rsidRDefault="00332072" w:rsidP="00332072">
      <w:r>
        <w:t>(override config file settings)</w:t>
      </w:r>
    </w:p>
    <w:p w14:paraId="0D2EA5E3" w14:textId="77777777" w:rsidR="00332072" w:rsidRDefault="00332072" w:rsidP="00332072"/>
    <w:p w14:paraId="519EB587" w14:textId="77777777" w:rsidR="00332072" w:rsidRDefault="00332072" w:rsidP="00332072">
      <w:r>
        <w:t xml:space="preserve">    --silent                            do not display Information level messages.</w:t>
      </w:r>
    </w:p>
    <w:p w14:paraId="50A6E17F" w14:textId="77777777" w:rsidR="00332072" w:rsidRDefault="00332072" w:rsidP="00332072">
      <w:r>
        <w:t xml:space="preserve">    --debug                             (internal debugging use) displays the syntax tree.</w:t>
      </w:r>
    </w:p>
    <w:p w14:paraId="2D259CBB" w14:textId="77777777" w:rsidR="00332072" w:rsidRDefault="00332072" w:rsidP="00332072"/>
    <w:p w14:paraId="16FA7260" w14:textId="77777777" w:rsidR="00332072" w:rsidRDefault="00332072" w:rsidP="00332072">
      <w:r>
        <w:t xml:space="preserve">    -s or</w:t>
      </w:r>
    </w:p>
    <w:p w14:paraId="21028872" w14:textId="77777777" w:rsidR="00332072" w:rsidRDefault="00332072" w:rsidP="00332072">
      <w:r>
        <w:t xml:space="preserve">    --no-strip-indentation              multi line output</w:t>
      </w:r>
    </w:p>
    <w:p w14:paraId="79394066" w14:textId="77777777" w:rsidR="00332072" w:rsidRDefault="00332072" w:rsidP="00332072">
      <w:r>
        <w:t xml:space="preserve">    --strip-indentation                 single line output</w:t>
      </w:r>
    </w:p>
    <w:p w14:paraId="246871BB" w14:textId="77777777" w:rsidR="00332072" w:rsidRDefault="00332072" w:rsidP="00332072"/>
    <w:p w14:paraId="55DFE355" w14:textId="77777777" w:rsidR="00332072" w:rsidRDefault="00332072" w:rsidP="00332072">
      <w:r>
        <w:t xml:space="preserve">    --no-shuffle-statements             do not shuffle statements</w:t>
      </w:r>
    </w:p>
    <w:p w14:paraId="092109E6" w14:textId="77777777" w:rsidR="00332072" w:rsidRDefault="00332072" w:rsidP="00332072">
      <w:r>
        <w:t xml:space="preserve">    --shuffle-statements                       shuffle statements</w:t>
      </w:r>
    </w:p>
    <w:p w14:paraId="5385841C" w14:textId="77777777" w:rsidR="00332072" w:rsidRDefault="00332072" w:rsidP="00332072"/>
    <w:p w14:paraId="442A11EB" w14:textId="77777777" w:rsidR="00332072" w:rsidRDefault="00332072" w:rsidP="00332072">
      <w:r>
        <w:t xml:space="preserve">    --no-obfuscate-string-literal       do not obfuscate string literals</w:t>
      </w:r>
    </w:p>
    <w:p w14:paraId="1CFE45DB" w14:textId="77777777" w:rsidR="00332072" w:rsidRDefault="00332072" w:rsidP="00332072">
      <w:r>
        <w:t xml:space="preserve">    --obfuscate-string-literal                 obfuscate string literals</w:t>
      </w:r>
    </w:p>
    <w:p w14:paraId="61CAA219" w14:textId="77777777" w:rsidR="00332072" w:rsidRDefault="00332072" w:rsidP="00332072"/>
    <w:p w14:paraId="35B9741F" w14:textId="77777777" w:rsidR="00332072" w:rsidRDefault="00332072" w:rsidP="00332072">
      <w:r>
        <w:t xml:space="preserve">    --no-obfuscate-loop-statement       do not obfuscate loop statements</w:t>
      </w:r>
    </w:p>
    <w:p w14:paraId="26A89757" w14:textId="77777777" w:rsidR="00332072" w:rsidRDefault="00332072" w:rsidP="00332072">
      <w:r>
        <w:lastRenderedPageBreak/>
        <w:t xml:space="preserve">    --obfuscate-loop-statement                 obfuscate loop statements</w:t>
      </w:r>
    </w:p>
    <w:p w14:paraId="2CC2A26C" w14:textId="77777777" w:rsidR="00332072" w:rsidRDefault="00332072" w:rsidP="00332072"/>
    <w:p w14:paraId="41DDDD74" w14:textId="77777777" w:rsidR="00332072" w:rsidRDefault="00332072" w:rsidP="00332072">
      <w:r>
        <w:t xml:space="preserve">    --no-obfuscate-if-statement         do not obfuscate if statements</w:t>
      </w:r>
    </w:p>
    <w:p w14:paraId="77858B45" w14:textId="77777777" w:rsidR="00332072" w:rsidRDefault="00332072" w:rsidP="00332072">
      <w:r>
        <w:t xml:space="preserve">    --obfuscate-if-statement                   obfuscate if statements</w:t>
      </w:r>
    </w:p>
    <w:p w14:paraId="593CD7FE" w14:textId="77777777" w:rsidR="00332072" w:rsidRDefault="00332072" w:rsidP="00332072"/>
    <w:p w14:paraId="0E3703EB" w14:textId="77777777" w:rsidR="00332072" w:rsidRDefault="00332072" w:rsidP="00332072">
      <w:r>
        <w:t xml:space="preserve">    --no-obfuscate-constant-name        do not obfuscate constant names</w:t>
      </w:r>
    </w:p>
    <w:p w14:paraId="6F9DFD46" w14:textId="77777777" w:rsidR="00332072" w:rsidRDefault="00332072" w:rsidP="00332072">
      <w:r>
        <w:t xml:space="preserve">    --obfuscate-constant-name                  obfuscate constant names</w:t>
      </w:r>
    </w:p>
    <w:p w14:paraId="1B0A5B65" w14:textId="77777777" w:rsidR="00332072" w:rsidRDefault="00332072" w:rsidP="00332072"/>
    <w:p w14:paraId="7760F9FF" w14:textId="77777777" w:rsidR="00332072" w:rsidRDefault="00332072" w:rsidP="00332072">
      <w:r>
        <w:t xml:space="preserve">    --no-obfuscate-variable-name        do not obfuscate variable names</w:t>
      </w:r>
    </w:p>
    <w:p w14:paraId="5E639057" w14:textId="77777777" w:rsidR="00332072" w:rsidRDefault="00332072" w:rsidP="00332072">
      <w:r>
        <w:t xml:space="preserve">    --obfuscate-variable-name                  obfuscate variable names</w:t>
      </w:r>
    </w:p>
    <w:p w14:paraId="2CA5383E" w14:textId="77777777" w:rsidR="00332072" w:rsidRDefault="00332072" w:rsidP="00332072"/>
    <w:p w14:paraId="596B65CF" w14:textId="77777777" w:rsidR="00332072" w:rsidRDefault="00332072" w:rsidP="00332072">
      <w:r>
        <w:t xml:space="preserve">    --no-obfuscate-function-name        do not obfuscate function names</w:t>
      </w:r>
    </w:p>
    <w:p w14:paraId="082D9463" w14:textId="77777777" w:rsidR="00332072" w:rsidRDefault="00332072" w:rsidP="00332072">
      <w:r>
        <w:t xml:space="preserve">    --obfuscate-function-name                  obfuscate function names</w:t>
      </w:r>
    </w:p>
    <w:p w14:paraId="57A259CD" w14:textId="77777777" w:rsidR="00332072" w:rsidRDefault="00332072" w:rsidP="00332072"/>
    <w:p w14:paraId="0A5C0463" w14:textId="77777777" w:rsidR="00332072" w:rsidRDefault="00332072" w:rsidP="00332072">
      <w:r>
        <w:t xml:space="preserve">    --no-obfuscate-class_constant-name  do not obfuscate class constant names</w:t>
      </w:r>
    </w:p>
    <w:p w14:paraId="0721078F" w14:textId="77777777" w:rsidR="00332072" w:rsidRDefault="00332072" w:rsidP="00332072">
      <w:r>
        <w:t xml:space="preserve">    --obfuscate-class_constant-name            obfuscate class constant names</w:t>
      </w:r>
    </w:p>
    <w:p w14:paraId="192BB844" w14:textId="77777777" w:rsidR="00332072" w:rsidRDefault="00332072" w:rsidP="00332072"/>
    <w:p w14:paraId="3D48CED6" w14:textId="77777777" w:rsidR="00332072" w:rsidRDefault="00332072" w:rsidP="00332072">
      <w:r>
        <w:t xml:space="preserve">    --no-obfuscate-class-name           do not obfuscate class names</w:t>
      </w:r>
    </w:p>
    <w:p w14:paraId="2D33C22F" w14:textId="77777777" w:rsidR="00332072" w:rsidRDefault="00332072" w:rsidP="00332072">
      <w:r>
        <w:t xml:space="preserve">    --obfuscate-class-name                     obfuscate class names</w:t>
      </w:r>
    </w:p>
    <w:p w14:paraId="35AD41C4" w14:textId="77777777" w:rsidR="00332072" w:rsidRDefault="00332072" w:rsidP="00332072"/>
    <w:p w14:paraId="52C0DAFD" w14:textId="77777777" w:rsidR="00332072" w:rsidRDefault="00332072" w:rsidP="00332072">
      <w:r>
        <w:t xml:space="preserve">    --no-obfuscate-interface-name       do not obfuscate interface names</w:t>
      </w:r>
    </w:p>
    <w:p w14:paraId="4B9DED22" w14:textId="77777777" w:rsidR="00332072" w:rsidRDefault="00332072" w:rsidP="00332072">
      <w:r>
        <w:t xml:space="preserve">    --obfuscate-interface-name                 obfuscate interface names</w:t>
      </w:r>
    </w:p>
    <w:p w14:paraId="049F074C" w14:textId="77777777" w:rsidR="00332072" w:rsidRDefault="00332072" w:rsidP="00332072"/>
    <w:p w14:paraId="63E7AF32" w14:textId="77777777" w:rsidR="00332072" w:rsidRDefault="00332072" w:rsidP="00332072">
      <w:r>
        <w:t xml:space="preserve">    --no-obfuscate-trait-name           do not obfuscate trait names</w:t>
      </w:r>
    </w:p>
    <w:p w14:paraId="4A390108" w14:textId="77777777" w:rsidR="00332072" w:rsidRDefault="00332072" w:rsidP="00332072">
      <w:r>
        <w:t xml:space="preserve">    --obfuscate-trait-name                     obfuscate trait names</w:t>
      </w:r>
    </w:p>
    <w:p w14:paraId="07E97104" w14:textId="77777777" w:rsidR="00332072" w:rsidRDefault="00332072" w:rsidP="00332072"/>
    <w:p w14:paraId="21A16984" w14:textId="77777777" w:rsidR="00332072" w:rsidRDefault="00332072" w:rsidP="00332072">
      <w:r>
        <w:lastRenderedPageBreak/>
        <w:t xml:space="preserve">    --no-obfuscate-property-name        do not obfuscate property names</w:t>
      </w:r>
    </w:p>
    <w:p w14:paraId="4859B63C" w14:textId="77777777" w:rsidR="00332072" w:rsidRDefault="00332072" w:rsidP="00332072">
      <w:r>
        <w:t xml:space="preserve">    --obfuscate-property-name                  obfuscate property names</w:t>
      </w:r>
    </w:p>
    <w:p w14:paraId="34B0E800" w14:textId="77777777" w:rsidR="00332072" w:rsidRDefault="00332072" w:rsidP="00332072"/>
    <w:p w14:paraId="01C1176E" w14:textId="77777777" w:rsidR="00332072" w:rsidRDefault="00332072" w:rsidP="00332072">
      <w:r>
        <w:t xml:space="preserve">    --no-obfuscate-method-name          do not obfuscate method names</w:t>
      </w:r>
    </w:p>
    <w:p w14:paraId="67AC78C0" w14:textId="77777777" w:rsidR="00332072" w:rsidRDefault="00332072" w:rsidP="00332072">
      <w:r>
        <w:t xml:space="preserve">    --obfuscate-method-name                    obfuscate method names</w:t>
      </w:r>
    </w:p>
    <w:p w14:paraId="5EA15AE2" w14:textId="77777777" w:rsidR="00332072" w:rsidRDefault="00332072" w:rsidP="00332072"/>
    <w:p w14:paraId="6F28679E" w14:textId="77777777" w:rsidR="00332072" w:rsidRDefault="00332072" w:rsidP="00332072">
      <w:r>
        <w:t xml:space="preserve">    --no-obfuscate-namespace-name       do not obfuscate namespace names</w:t>
      </w:r>
    </w:p>
    <w:p w14:paraId="7C1BF83A" w14:textId="77777777" w:rsidR="00332072" w:rsidRDefault="00332072" w:rsidP="00332072">
      <w:r>
        <w:t xml:space="preserve">    --obfuscate-namespace-name                 obfuscate namespace names</w:t>
      </w:r>
    </w:p>
    <w:p w14:paraId="580ED58F" w14:textId="77777777" w:rsidR="00332072" w:rsidRDefault="00332072" w:rsidP="00332072"/>
    <w:p w14:paraId="4C23BEF7" w14:textId="77777777" w:rsidR="00332072" w:rsidRDefault="00332072" w:rsidP="00332072">
      <w:r>
        <w:t xml:space="preserve">    --no-obfuscate-label-name           do not obfuscate label names</w:t>
      </w:r>
    </w:p>
    <w:p w14:paraId="1261F8C7" w14:textId="77777777" w:rsidR="00332072" w:rsidRDefault="00332072" w:rsidP="00332072">
      <w:r>
        <w:t xml:space="preserve">    --obfuscate-label-name                     obfuscate label names</w:t>
      </w:r>
    </w:p>
    <w:p w14:paraId="5391A51C" w14:textId="77777777" w:rsidR="00332072" w:rsidRDefault="00332072" w:rsidP="00332072"/>
    <w:p w14:paraId="15781391" w14:textId="77777777" w:rsidR="00332072" w:rsidRDefault="00332072" w:rsidP="00332072">
      <w:r>
        <w:t xml:space="preserve">    --scramble-mode     identifier|hexa|numeric         force scramble mode</w:t>
      </w:r>
    </w:p>
    <w:p w14:paraId="3A9366D6" w14:textId="77777777" w:rsidR="00332072" w:rsidRDefault="00332072" w:rsidP="00332072">
      <w:r>
        <w:t xml:space="preserve">    --scramble-length   length ( min=2; max = 16 for scramble_mode=identifier,</w:t>
      </w:r>
    </w:p>
    <w:p w14:paraId="43DCEC52" w14:textId="77777777" w:rsidR="00332072" w:rsidRDefault="00332072" w:rsidP="00332072">
      <w:r>
        <w:t xml:space="preserve">                                        max = 32 for scramble_mode = hexa or numeric)</w:t>
      </w:r>
    </w:p>
    <w:p w14:paraId="0D62D1B2" w14:textId="77777777" w:rsidR="00332072" w:rsidRDefault="00332072" w:rsidP="00332072"/>
    <w:p w14:paraId="23134D38" w14:textId="77777777" w:rsidR="00332072" w:rsidRDefault="00332072" w:rsidP="00332072">
      <w:r>
        <w:t xml:space="preserve">    --whatis scrambled_name             retrieves original symbol from obfuscation context.</w:t>
      </w:r>
    </w:p>
    <w:p w14:paraId="36860F9F" w14:textId="77777777" w:rsidR="00332072" w:rsidRDefault="00332072" w:rsidP="00332072">
      <w:r>
        <w:t xml:space="preserve">                                        (usefull for debugging your code when you give away</w:t>
      </w:r>
    </w:p>
    <w:p w14:paraId="50121C08" w14:textId="77777777" w:rsidR="00332072" w:rsidRDefault="00332072" w:rsidP="00332072">
      <w:r>
        <w:t xml:space="preserve">                                        obfuscated code, and keep the same obfuscation context).</w:t>
      </w:r>
    </w:p>
    <w:p w14:paraId="61CA2D81" w14:textId="77777777" w:rsidR="00332072" w:rsidRDefault="00332072" w:rsidP="00332072">
      <w:r>
        <w:t xml:space="preserve">                                        Tip: do not include the $ symbol, or use \$ because</w:t>
      </w:r>
    </w:p>
    <w:p w14:paraId="24409C76" w14:textId="77777777" w:rsidR="00332072" w:rsidRDefault="00332072" w:rsidP="00332072">
      <w:r>
        <w:t xml:space="preserve">                                        $ has special meaning in shell.</w:t>
      </w:r>
    </w:p>
    <w:p w14:paraId="5DBF123D" w14:textId="77777777" w:rsidR="00332072" w:rsidRDefault="00332072" w:rsidP="00332072"/>
    <w:p w14:paraId="062B90EB" w14:textId="77777777" w:rsidR="00332072" w:rsidRDefault="00332072" w:rsidP="00332072">
      <w:r>
        <w:t xml:space="preserve">    -h or</w:t>
      </w:r>
    </w:p>
    <w:p w14:paraId="50634A48" w14:textId="77777777" w:rsidR="00332072" w:rsidRDefault="00332072" w:rsidP="00332072">
      <w:r>
        <w:t xml:space="preserve">    --help                              displays help.</w:t>
      </w:r>
    </w:p>
    <w:p w14:paraId="5B46904E" w14:textId="77777777" w:rsidR="00332072" w:rsidRPr="00160708" w:rsidRDefault="00332072" w:rsidP="00160708">
      <w:pPr>
        <w:rPr>
          <w:rFonts w:asciiTheme="majorHAnsi" w:hAnsiTheme="majorHAnsi" w:cstheme="majorHAnsi"/>
        </w:rPr>
      </w:pPr>
    </w:p>
    <w:sectPr w:rsidR="00332072" w:rsidRPr="001607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9309724">
    <w:abstractNumId w:val="8"/>
  </w:num>
  <w:num w:numId="2" w16cid:durableId="459692294">
    <w:abstractNumId w:val="6"/>
  </w:num>
  <w:num w:numId="3" w16cid:durableId="1632860124">
    <w:abstractNumId w:val="5"/>
  </w:num>
  <w:num w:numId="4" w16cid:durableId="580719476">
    <w:abstractNumId w:val="4"/>
  </w:num>
  <w:num w:numId="5" w16cid:durableId="1053575860">
    <w:abstractNumId w:val="7"/>
  </w:num>
  <w:num w:numId="6" w16cid:durableId="443422846">
    <w:abstractNumId w:val="3"/>
  </w:num>
  <w:num w:numId="7" w16cid:durableId="1879658386">
    <w:abstractNumId w:val="2"/>
  </w:num>
  <w:num w:numId="8" w16cid:durableId="1811366180">
    <w:abstractNumId w:val="1"/>
  </w:num>
  <w:num w:numId="9" w16cid:durableId="125967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F38"/>
    <w:rsid w:val="00143DAD"/>
    <w:rsid w:val="0015074B"/>
    <w:rsid w:val="00160708"/>
    <w:rsid w:val="00164F8E"/>
    <w:rsid w:val="0029639D"/>
    <w:rsid w:val="00326F90"/>
    <w:rsid w:val="00332072"/>
    <w:rsid w:val="004475E4"/>
    <w:rsid w:val="00690553"/>
    <w:rsid w:val="007B30E8"/>
    <w:rsid w:val="00883E11"/>
    <w:rsid w:val="009121E0"/>
    <w:rsid w:val="009E0873"/>
    <w:rsid w:val="00A06B2B"/>
    <w:rsid w:val="00AA1D8D"/>
    <w:rsid w:val="00B47730"/>
    <w:rsid w:val="00BD4522"/>
    <w:rsid w:val="00CA5B3A"/>
    <w:rsid w:val="00CB0664"/>
    <w:rsid w:val="00E236F3"/>
    <w:rsid w:val="00E45ED9"/>
    <w:rsid w:val="00F858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72F6F6"/>
  <w14:defaultImageDpi w14:val="300"/>
  <w15:docId w15:val="{DFF880A9-2FD4-47C6-A61C-ACCC8573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75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475E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1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9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9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Moussa Houssein</cp:lastModifiedBy>
  <cp:revision>11</cp:revision>
  <dcterms:created xsi:type="dcterms:W3CDTF">2025-01-23T05:26:00Z</dcterms:created>
  <dcterms:modified xsi:type="dcterms:W3CDTF">2025-01-24T14:44:00Z</dcterms:modified>
  <cp:category/>
</cp:coreProperties>
</file>