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SSH Tunneling on Windows Server — Complete How‑To (with RDP &amp; MySQL examples)</w:t>
      </w:r>
    </w:p>
    <w:p>
      <w:pPr>
        <w:pStyle w:val="Heading1"/>
      </w:pPr>
      <w:r>
        <w:t>0) What you’ll need</w:t>
      </w:r>
    </w:p>
    <w:p>
      <w:r>
        <w:t>- A Windows Server (2019/2022/11/10)</w:t>
        <w:br/>
        <w:t>- Router access (for port forwarding)</w:t>
        <w:br/>
        <w:t>- User account on the server</w:t>
        <w:br/>
        <w:t>- (Optional) DDNS hostname for easy remote access</w:t>
        <w:br/>
        <w:br/>
        <w:t>You can connect with **SSH Keys** (recommended) or **username/password**. Password authentication is less secure but easier for beginners.</w:t>
      </w:r>
    </w:p>
    <w:p>
      <w:pPr>
        <w:pStyle w:val="Heading1"/>
      </w:pPr>
      <w:r>
        <w:t>Part A — Install &amp; Configure OpenSSH Server on Windows Server</w:t>
      </w:r>
    </w:p>
    <w:p>
      <w:r>
        <w:t>1. Install OpenSSH Server:</w:t>
        <w:br/>
        <w:t xml:space="preserve">   - GUI: Server Manager → Add Roles → Features → OpenSSH Server.</w:t>
        <w:br/>
        <w:t xml:space="preserve">   - PowerShell:</w:t>
        <w:br/>
        <w:t xml:space="preserve">     Add-WindowsCapability -Online -Name OpenSSH.Server~~~~0.0.1.0</w:t>
        <w:br/>
        <w:br/>
        <w:t>2. Start and enable service:</w:t>
        <w:br/>
        <w:t xml:space="preserve">   Start-Service sshd</w:t>
        <w:br/>
        <w:t xml:space="preserve">   Set-Service -Name sshd -StartupType Automatic</w:t>
        <w:br/>
        <w:br/>
        <w:t>3. Allow in Firewall:</w:t>
        <w:br/>
        <w:t xml:space="preserve">   New-NetFirewallRule -Name sshd -DisplayName 'OpenSSH Server' -Enabled True -Protocol TCP -Action Allow -LocalPort 22</w:t>
        <w:br/>
        <w:br/>
        <w:t>4. Authentication:</w:t>
        <w:br/>
        <w:t xml:space="preserve">   - **SSH Keys**: safer, stored in `authorized_keys`.</w:t>
        <w:br/>
        <w:t xml:space="preserve">   - **Password**: Edit `C:\ProgramData\ssh\sshd_config` → ensure `PasswordAuthentication yes` is set → Restart-Service sshd.</w:t>
        <w:br/>
      </w:r>
    </w:p>
    <w:p>
      <w:pPr>
        <w:pStyle w:val="Heading1"/>
      </w:pPr>
      <w:r>
        <w:t>Part B — Enable Remote Desktop (for RDP tunneling)</w:t>
      </w:r>
    </w:p>
    <w:p>
      <w:r>
        <w:t>1. On the server or LAN PC, enable Remote Desktop (Settings → System → Remote Desktop).</w:t>
        <w:br/>
        <w:t>2. Ensure Firewall allows TCP 3389.</w:t>
        <w:br/>
      </w:r>
    </w:p>
    <w:p>
      <w:pPr>
        <w:pStyle w:val="Heading1"/>
      </w:pPr>
      <w:r>
        <w:t>Part C — Router Port Forwarding (for external access)</w:t>
      </w:r>
    </w:p>
    <w:p>
      <w:r>
        <w:t>Forward an external port (e.g., 4422) → internal server IP (192.168.x.x) → port 22.</w:t>
        <w:br/>
        <w:t>Example: WAN:4422 → 192.168.1.10:22</w:t>
        <w:br/>
      </w:r>
    </w:p>
    <w:p>
      <w:pPr>
        <w:pStyle w:val="Heading1"/>
      </w:pPr>
      <w:r>
        <w:t>Part D — Client Setup</w:t>
      </w:r>
    </w:p>
    <w:p>
      <w:r>
        <w:t>Android (Termux):</w:t>
        <w:br/>
        <w:t xml:space="preserve">   pkg install openssh</w:t>
        <w:br/>
        <w:t xml:space="preserve">   ssh username@public_ip -p 4422</w:t>
        <w:br/>
        <w:br/>
        <w:t>Windows/Linux/macOS:</w:t>
        <w:br/>
        <w:t xml:space="preserve">   ssh username@public_ip -p 4422</w:t>
        <w:br/>
        <w:t xml:space="preserve">   (If using password authentication, you’ll be prompted for password.)</w:t>
        <w:br/>
      </w:r>
    </w:p>
    <w:p>
      <w:pPr>
        <w:pStyle w:val="Heading1"/>
      </w:pPr>
      <w:r>
        <w:t>Part E — Create SSH tunnels (examples)</w:t>
      </w:r>
    </w:p>
    <w:p>
      <w:r>
        <w:t>RDP:</w:t>
        <w:br/>
        <w:t xml:space="preserve">   ssh -N -L 3390:127.0.0.1:3389 username@public_ip -p 4422</w:t>
        <w:br/>
        <w:t xml:space="preserve">   → In Remote Desktop, connect to 127.0.0.1:3390</w:t>
        <w:br/>
        <w:br/>
        <w:t>MySQL:</w:t>
        <w:br/>
        <w:t xml:space="preserve">   ssh -N -L 3307:127.0.0.1:3306 username@public_ip -p 4422</w:t>
        <w:br/>
        <w:t xml:space="preserve">   → In MySQL client, connect to 127.0.0.1:3307</w:t>
        <w:br/>
      </w:r>
    </w:p>
    <w:p>
      <w:pPr>
        <w:pStyle w:val="Heading1"/>
      </w:pPr>
      <w:r>
        <w:t>Part F — Security Tips</w:t>
      </w:r>
    </w:p>
    <w:p>
      <w:r>
        <w:t>- Prefer SSH Keys; disable passwords once keys are working.</w:t>
        <w:br/>
        <w:t>- Use custom external ports (e.g., 4422).</w:t>
        <w:br/>
        <w:t>- Restrict users via `AllowUsers` in sshd_config.</w:t>
        <w:br/>
        <w:t>- Regularly update Windows + OpenSSH.</w:t>
        <w:br/>
      </w:r>
    </w:p>
    <w:p>
      <w:pPr>
        <w:pStyle w:val="Heading1"/>
      </w:pPr>
      <w:r>
        <w:t>Quick Reference</w:t>
      </w:r>
    </w:p>
    <w:p>
      <w:r>
        <w:t>- LAN SSH: ssh user@192.168.1.10</w:t>
        <w:br/>
        <w:t>- Internet SSH: ssh -p 4422 user@yourhost</w:t>
        <w:br/>
        <w:t>- RDP tunnel: ssh -N -L 3390:127.0.0.1:3389 user@host -p 4422</w:t>
        <w:br/>
        <w:t>- MySQL tunnel: ssh -N -L 3307:127.0.0.1:3306 user@host -p 4422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