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5E186" w14:textId="77777777" w:rsidR="0074620D" w:rsidRDefault="00000000" w:rsidP="007E3AED">
      <w:pPr>
        <w:pStyle w:val="NoSpacing"/>
      </w:pPr>
      <w:r>
        <w:t>How to Build an Electron Desktop App with a PHP Backend</w:t>
      </w:r>
    </w:p>
    <w:p w14:paraId="6D69AA2B" w14:textId="77777777" w:rsidR="0074620D" w:rsidRDefault="00000000" w:rsidP="007E3AED">
      <w:pPr>
        <w:pStyle w:val="NoSpacing"/>
      </w:pPr>
      <w:r>
        <w:t>Step 1: Install Prerequisites</w:t>
      </w:r>
    </w:p>
    <w:p w14:paraId="09B22152" w14:textId="163E061F" w:rsidR="0074620D" w:rsidRDefault="00000000" w:rsidP="007E3AED">
      <w:pPr>
        <w:pStyle w:val="NoSpacing"/>
      </w:pPr>
      <w:r>
        <w:t>1. Install Node.js and npm</w:t>
      </w:r>
      <w:r>
        <w:br/>
      </w:r>
      <w:r>
        <w:br/>
        <w:t xml:space="preserve">    - Download Node.js from the official website: https://nodejs.org</w:t>
      </w:r>
      <w:r>
        <w:br/>
      </w:r>
      <w:r>
        <w:br/>
        <w:t xml:space="preserve">    - Choose the LTS version to ensure stability.</w:t>
      </w:r>
      <w:r>
        <w:br/>
      </w:r>
      <w:r>
        <w:br/>
        <w:t xml:space="preserve">    - During installation, ensure the option to Add to PATH is checked.</w:t>
      </w:r>
      <w:r>
        <w:br/>
      </w:r>
      <w:r>
        <w:br/>
        <w:t xml:space="preserve">    - After installation, verify the installation by running the following commands in Command Prompt or PowerShell:</w:t>
      </w:r>
      <w:r>
        <w:br/>
      </w:r>
      <w:r>
        <w:br/>
      </w:r>
      <w:r>
        <w:br/>
        <w:t xml:space="preserve">    </w:t>
      </w:r>
      <w:r w:rsidRPr="00646B1A">
        <w:rPr>
          <w:b/>
          <w:bCs/>
        </w:rPr>
        <w:t>node -v</w:t>
      </w:r>
      <w:r>
        <w:br/>
      </w:r>
      <w:r>
        <w:br/>
        <w:t xml:space="preserve">    </w:t>
      </w:r>
      <w:proofErr w:type="spellStart"/>
      <w:r w:rsidRPr="00646B1A">
        <w:rPr>
          <w:b/>
          <w:bCs/>
        </w:rPr>
        <w:t>npm</w:t>
      </w:r>
      <w:proofErr w:type="spellEnd"/>
      <w:r w:rsidRPr="00646B1A">
        <w:rPr>
          <w:b/>
          <w:bCs/>
        </w:rPr>
        <w:t xml:space="preserve"> -v</w:t>
      </w:r>
      <w:r>
        <w:br/>
      </w:r>
      <w:r>
        <w:br/>
      </w:r>
      <w:r>
        <w:br/>
      </w:r>
      <w:r>
        <w:br/>
        <w:t xml:space="preserve">    </w:t>
      </w:r>
    </w:p>
    <w:p w14:paraId="11B4F745" w14:textId="08B7CE4B" w:rsidR="0074620D" w:rsidRDefault="00000000" w:rsidP="007E3AED">
      <w:pPr>
        <w:pStyle w:val="NoSpacing"/>
      </w:pPr>
      <w:r>
        <w:t>2. Install XAMPP</w:t>
      </w:r>
      <w:r w:rsidR="00B45525">
        <w:t xml:space="preserve"> &amp; Run </w:t>
      </w:r>
      <w:r>
        <w:t>Apache from the XAMPP Control Panel to serve your PHP app.</w:t>
      </w:r>
      <w:r>
        <w:br/>
      </w:r>
      <w:r>
        <w:br/>
        <w:t xml:space="preserve">    </w:t>
      </w:r>
    </w:p>
    <w:p w14:paraId="667ED98C" w14:textId="77777777" w:rsidR="0074620D" w:rsidRDefault="00000000" w:rsidP="007E3AED">
      <w:pPr>
        <w:pStyle w:val="NoSpacing"/>
      </w:pPr>
      <w:r>
        <w:t>Step 2: Set Up Your PHP Application</w:t>
      </w:r>
    </w:p>
    <w:p w14:paraId="2B6CB4A4" w14:textId="59D7C726" w:rsidR="0074620D" w:rsidRDefault="00000000" w:rsidP="007E3AED">
      <w:pPr>
        <w:pStyle w:val="NoSpacing"/>
      </w:pPr>
      <w:r>
        <w:t>1. Create Your PHP Application</w:t>
      </w:r>
      <w:r>
        <w:br/>
      </w:r>
      <w:r>
        <w:br/>
      </w:r>
      <w:proofErr w:type="spellStart"/>
      <w:r w:rsidR="00646B1A">
        <w:t>e.g</w:t>
      </w:r>
      <w:proofErr w:type="spellEnd"/>
      <w:r w:rsidR="00646B1A">
        <w:t xml:space="preserve"> : </w:t>
      </w:r>
      <w:r>
        <w:t>C:\xampp\htdocs</w:t>
      </w:r>
      <w:r w:rsidR="00646B1A">
        <w:t>\</w:t>
      </w:r>
      <w:r w:rsidR="00646B1A" w:rsidRPr="00646B1A">
        <w:t xml:space="preserve"> </w:t>
      </w:r>
      <w:r w:rsidR="00646B1A">
        <w:t>my-</w:t>
      </w:r>
      <w:proofErr w:type="spellStart"/>
      <w:r w:rsidR="00646B1A">
        <w:t>php</w:t>
      </w:r>
      <w:proofErr w:type="spellEnd"/>
      <w:r w:rsidR="00646B1A">
        <w:t>-app</w:t>
      </w:r>
      <w:r>
        <w:t>).</w:t>
      </w:r>
      <w:r>
        <w:br/>
      </w:r>
      <w:r>
        <w:br/>
        <w:t xml:space="preserve"> - Add your PHP files (e.g., `index.php`, CSS, JavaScript) to this folder.</w:t>
      </w:r>
      <w:r>
        <w:br/>
      </w:r>
      <w:r>
        <w:br/>
        <w:t xml:space="preserve">    </w:t>
      </w:r>
    </w:p>
    <w:p w14:paraId="27245575" w14:textId="77777777" w:rsidR="0074620D" w:rsidRDefault="00000000" w:rsidP="007E3AED">
      <w:pPr>
        <w:pStyle w:val="NoSpacing"/>
      </w:pPr>
      <w:r>
        <w:t>Step 3: Create the Electron App</w:t>
      </w:r>
    </w:p>
    <w:p w14:paraId="37EF21B3" w14:textId="6460FD43" w:rsidR="0074620D" w:rsidRDefault="00000000" w:rsidP="007E3AED">
      <w:pPr>
        <w:pStyle w:val="NoSpacing"/>
      </w:pPr>
      <w:r>
        <w:t>1. Create a New Folder for Your Electron Project</w:t>
      </w:r>
      <w:r>
        <w:br/>
      </w:r>
      <w:r>
        <w:br/>
        <w:t xml:space="preserve">    - Open Command Prompt or PowerShell and create a new folder for your Electron app:</w:t>
      </w:r>
      <w:r>
        <w:br/>
      </w:r>
      <w:r>
        <w:br/>
        <w:t xml:space="preserve">    </w:t>
      </w:r>
      <w:r>
        <w:br/>
      </w:r>
      <w:r>
        <w:br/>
        <w:t xml:space="preserve">    </w:t>
      </w:r>
      <w:r w:rsidRPr="00646B1A">
        <w:rPr>
          <w:b/>
          <w:bCs/>
        </w:rPr>
        <w:t>mkdir electron-app</w:t>
      </w:r>
      <w:r>
        <w:br/>
      </w:r>
      <w:r>
        <w:br/>
        <w:t xml:space="preserve">    </w:t>
      </w:r>
      <w:r w:rsidRPr="00646B1A">
        <w:rPr>
          <w:b/>
          <w:bCs/>
        </w:rPr>
        <w:t>cd electron-app</w:t>
      </w:r>
      <w:r>
        <w:br/>
      </w:r>
      <w:r>
        <w:br/>
        <w:t xml:space="preserve">    </w:t>
      </w:r>
      <w:r>
        <w:br/>
      </w:r>
      <w:r>
        <w:br/>
        <w:t xml:space="preserve">    </w:t>
      </w:r>
    </w:p>
    <w:p w14:paraId="6BECB2B5" w14:textId="07BE9D48" w:rsidR="0074620D" w:rsidRDefault="00000000" w:rsidP="007E3AED">
      <w:pPr>
        <w:pStyle w:val="NoSpacing"/>
      </w:pPr>
      <w:r>
        <w:t>2. Initialize a New Node.js Project</w:t>
      </w:r>
      <w:r>
        <w:br/>
      </w:r>
      <w:r>
        <w:br/>
        <w:t xml:space="preserve">    - Inside the `</w:t>
      </w:r>
      <w:r w:rsidRPr="00646B1A">
        <w:rPr>
          <w:b/>
          <w:bCs/>
        </w:rPr>
        <w:t>electron-app</w:t>
      </w:r>
      <w:r>
        <w:t>` folder, initialize a new Node.js project by running:</w:t>
      </w:r>
      <w:r>
        <w:br/>
      </w:r>
      <w:r>
        <w:br/>
      </w:r>
      <w:r>
        <w:lastRenderedPageBreak/>
        <w:t xml:space="preserve">    </w:t>
      </w:r>
      <w:r>
        <w:br/>
        <w:t xml:space="preserve">    </w:t>
      </w:r>
      <w:r w:rsidRPr="00646B1A">
        <w:rPr>
          <w:b/>
          <w:bCs/>
        </w:rPr>
        <w:t>npm init -y</w:t>
      </w:r>
      <w:r>
        <w:br/>
      </w:r>
      <w:r>
        <w:br/>
      </w:r>
      <w:r>
        <w:br/>
      </w:r>
      <w:r>
        <w:br/>
        <w:t xml:space="preserve">    - This will create a `package.json` file with default values.</w:t>
      </w:r>
      <w:r>
        <w:br/>
      </w:r>
      <w:r>
        <w:br/>
        <w:t xml:space="preserve">    </w:t>
      </w:r>
    </w:p>
    <w:p w14:paraId="7290AC0F" w14:textId="40B89529" w:rsidR="0074620D" w:rsidRDefault="00000000" w:rsidP="007E3AED">
      <w:pPr>
        <w:pStyle w:val="NoSpacing"/>
      </w:pPr>
      <w:r>
        <w:t>3. Install Electron</w:t>
      </w:r>
      <w:r>
        <w:br/>
      </w:r>
      <w:r>
        <w:br/>
        <w:t xml:space="preserve">    - Install Electron as a development dependency:</w:t>
      </w:r>
      <w:r>
        <w:br/>
      </w:r>
      <w:r>
        <w:br/>
      </w:r>
      <w:r>
        <w:br/>
        <w:t xml:space="preserve">    </w:t>
      </w:r>
      <w:r w:rsidRPr="00646B1A">
        <w:rPr>
          <w:b/>
          <w:bCs/>
        </w:rPr>
        <w:t>npm install electron --save-dev</w:t>
      </w:r>
      <w:r>
        <w:br/>
      </w:r>
      <w:r>
        <w:br/>
      </w:r>
      <w:r>
        <w:br/>
      </w:r>
      <w:r>
        <w:br/>
        <w:t xml:space="preserve">    </w:t>
      </w:r>
    </w:p>
    <w:p w14:paraId="3042D42C" w14:textId="77777777" w:rsidR="00BC1ADA" w:rsidRDefault="00000000" w:rsidP="007E3AED">
      <w:pPr>
        <w:pStyle w:val="NoSpacing"/>
        <w:rPr>
          <w:b/>
          <w:bCs/>
        </w:rPr>
      </w:pPr>
      <w:r>
        <w:t>4. Create the Main Electron File</w:t>
      </w:r>
      <w:r>
        <w:br/>
      </w:r>
      <w:r>
        <w:br/>
        <w:t xml:space="preserve">    - In your `electron-app` folder, create a new file called `</w:t>
      </w:r>
      <w:r w:rsidRPr="00646B1A">
        <w:t>index.js</w:t>
      </w:r>
      <w:r>
        <w:t>`. This will be the main file that runs the Electron app.</w:t>
      </w:r>
      <w:r>
        <w:br/>
      </w:r>
      <w:r>
        <w:br/>
        <w:t xml:space="preserve">    - Add the following code to `index.js`:</w:t>
      </w:r>
      <w:r>
        <w:br/>
      </w:r>
      <w:r>
        <w:br/>
      </w:r>
      <w:r>
        <w:br/>
      </w:r>
      <w:r w:rsidRPr="0022771B">
        <w:rPr>
          <w:b/>
          <w:bCs/>
        </w:rPr>
        <w:t xml:space="preserve">    const { app, </w:t>
      </w:r>
      <w:proofErr w:type="spellStart"/>
      <w:r w:rsidRPr="0022771B">
        <w:rPr>
          <w:b/>
          <w:bCs/>
        </w:rPr>
        <w:t>BrowserWindow</w:t>
      </w:r>
      <w:proofErr w:type="spellEnd"/>
      <w:r w:rsidRPr="0022771B">
        <w:rPr>
          <w:b/>
          <w:bCs/>
        </w:rPr>
        <w:t xml:space="preserve"> } = require('electron');</w:t>
      </w:r>
      <w:r w:rsidRPr="0022771B">
        <w:rPr>
          <w:b/>
          <w:bCs/>
        </w:rPr>
        <w:br/>
      </w:r>
      <w:r w:rsidRPr="0022771B">
        <w:rPr>
          <w:b/>
          <w:bCs/>
        </w:rPr>
        <w:br/>
        <w:t xml:space="preserve">    const path = require('path');</w:t>
      </w:r>
      <w:r w:rsidRPr="0022771B">
        <w:rPr>
          <w:b/>
          <w:bCs/>
        </w:rPr>
        <w:br/>
      </w:r>
      <w:r w:rsidRPr="0022771B">
        <w:rPr>
          <w:b/>
          <w:bCs/>
        </w:rPr>
        <w:br/>
      </w:r>
      <w:r w:rsidRPr="0022771B">
        <w:rPr>
          <w:b/>
          <w:bCs/>
        </w:rPr>
        <w:br/>
        <w:t xml:space="preserve">    let </w:t>
      </w:r>
      <w:proofErr w:type="spellStart"/>
      <w:r w:rsidRPr="0022771B">
        <w:rPr>
          <w:b/>
          <w:bCs/>
        </w:rPr>
        <w:t>mainWindow</w:t>
      </w:r>
      <w:proofErr w:type="spellEnd"/>
      <w:r w:rsidRPr="0022771B">
        <w:rPr>
          <w:b/>
          <w:bCs/>
        </w:rPr>
        <w:t>;</w:t>
      </w:r>
      <w:r w:rsidRPr="0022771B">
        <w:rPr>
          <w:b/>
          <w:bCs/>
        </w:rPr>
        <w:br/>
      </w:r>
      <w:r w:rsidRPr="0022771B">
        <w:rPr>
          <w:b/>
          <w:bCs/>
        </w:rPr>
        <w:br/>
      </w:r>
      <w:r w:rsidRPr="0022771B">
        <w:rPr>
          <w:b/>
          <w:bCs/>
        </w:rPr>
        <w:br/>
        <w:t xml:space="preserve">    </w:t>
      </w:r>
      <w:proofErr w:type="spellStart"/>
      <w:r w:rsidRPr="0022771B">
        <w:rPr>
          <w:b/>
          <w:bCs/>
        </w:rPr>
        <w:t>app.on</w:t>
      </w:r>
      <w:proofErr w:type="spellEnd"/>
      <w:r w:rsidRPr="0022771B">
        <w:rPr>
          <w:b/>
          <w:bCs/>
        </w:rPr>
        <w:t>('ready', () =&gt; {</w:t>
      </w:r>
      <w:r w:rsidRPr="0022771B">
        <w:rPr>
          <w:b/>
          <w:bCs/>
        </w:rPr>
        <w:br/>
      </w:r>
      <w:r w:rsidRPr="0022771B">
        <w:rPr>
          <w:b/>
          <w:bCs/>
        </w:rPr>
        <w:br/>
        <w:t xml:space="preserve">      </w:t>
      </w:r>
      <w:proofErr w:type="spellStart"/>
      <w:r w:rsidRPr="0022771B">
        <w:rPr>
          <w:b/>
          <w:bCs/>
        </w:rPr>
        <w:t>mainWindow</w:t>
      </w:r>
      <w:proofErr w:type="spellEnd"/>
      <w:r w:rsidRPr="0022771B">
        <w:rPr>
          <w:b/>
          <w:bCs/>
        </w:rPr>
        <w:t xml:space="preserve"> = new </w:t>
      </w:r>
      <w:proofErr w:type="spellStart"/>
      <w:r w:rsidRPr="0022771B">
        <w:rPr>
          <w:b/>
          <w:bCs/>
        </w:rPr>
        <w:t>BrowserWindow</w:t>
      </w:r>
      <w:proofErr w:type="spellEnd"/>
      <w:r w:rsidRPr="0022771B">
        <w:rPr>
          <w:b/>
          <w:bCs/>
        </w:rPr>
        <w:t>({</w:t>
      </w:r>
      <w:r w:rsidRPr="0022771B">
        <w:rPr>
          <w:b/>
          <w:bCs/>
        </w:rPr>
        <w:br/>
      </w:r>
      <w:r w:rsidRPr="0022771B">
        <w:rPr>
          <w:b/>
          <w:bCs/>
        </w:rPr>
        <w:br/>
        <w:t xml:space="preserve">        width: 800,</w:t>
      </w:r>
      <w:r w:rsidRPr="0022771B">
        <w:rPr>
          <w:b/>
          <w:bCs/>
        </w:rPr>
        <w:br/>
      </w:r>
      <w:r w:rsidRPr="0022771B">
        <w:rPr>
          <w:b/>
          <w:bCs/>
        </w:rPr>
        <w:br/>
        <w:t xml:space="preserve">        height: 600,</w:t>
      </w:r>
      <w:r w:rsidRPr="0022771B">
        <w:rPr>
          <w:b/>
          <w:bCs/>
        </w:rPr>
        <w:br/>
      </w:r>
      <w:r w:rsidRPr="0022771B">
        <w:rPr>
          <w:b/>
          <w:bCs/>
        </w:rPr>
        <w:br/>
        <w:t xml:space="preserve">        </w:t>
      </w:r>
      <w:proofErr w:type="spellStart"/>
      <w:r w:rsidRPr="0022771B">
        <w:rPr>
          <w:b/>
          <w:bCs/>
        </w:rPr>
        <w:t>webPreferences</w:t>
      </w:r>
      <w:proofErr w:type="spellEnd"/>
      <w:r w:rsidRPr="0022771B">
        <w:rPr>
          <w:b/>
          <w:bCs/>
        </w:rPr>
        <w:t>: {</w:t>
      </w:r>
      <w:r w:rsidRPr="0022771B">
        <w:rPr>
          <w:b/>
          <w:bCs/>
        </w:rPr>
        <w:br/>
      </w:r>
      <w:r w:rsidRPr="0022771B">
        <w:rPr>
          <w:b/>
          <w:bCs/>
        </w:rPr>
        <w:br/>
        <w:t xml:space="preserve">          </w:t>
      </w:r>
      <w:proofErr w:type="spellStart"/>
      <w:r w:rsidRPr="0022771B">
        <w:rPr>
          <w:b/>
          <w:bCs/>
        </w:rPr>
        <w:t>nodeIntegration</w:t>
      </w:r>
      <w:proofErr w:type="spellEnd"/>
      <w:r w:rsidRPr="0022771B">
        <w:rPr>
          <w:b/>
          <w:bCs/>
        </w:rPr>
        <w:t>: true,</w:t>
      </w:r>
    </w:p>
    <w:p w14:paraId="3325A147" w14:textId="3280FC96" w:rsidR="0074620D" w:rsidRDefault="00BC1ADA" w:rsidP="007E3AED">
      <w:pPr>
        <w:pStyle w:val="NoSpacing"/>
      </w:pPr>
      <w:r>
        <w:rPr>
          <w:b/>
          <w:bCs/>
        </w:rPr>
        <w:t xml:space="preserve">          </w:t>
      </w:r>
      <w:proofErr w:type="spellStart"/>
      <w:r w:rsidRPr="00BC1ADA">
        <w:rPr>
          <w:b/>
          <w:bCs/>
        </w:rPr>
        <w:t>devTools</w:t>
      </w:r>
      <w:proofErr w:type="spellEnd"/>
      <w:r w:rsidRPr="00BC1ADA">
        <w:rPr>
          <w:b/>
          <w:bCs/>
        </w:rPr>
        <w:t xml:space="preserve">: false  // Disable </w:t>
      </w:r>
      <w:proofErr w:type="spellStart"/>
      <w:r w:rsidRPr="00BC1ADA">
        <w:rPr>
          <w:b/>
          <w:bCs/>
        </w:rPr>
        <w:t>DevTools</w:t>
      </w:r>
      <w:proofErr w:type="spellEnd"/>
      <w:r w:rsidRPr="00BC1ADA">
        <w:rPr>
          <w:b/>
          <w:bCs/>
        </w:rPr>
        <w:t xml:space="preserve"> here</w:t>
      </w:r>
      <w:r w:rsidRPr="0022771B">
        <w:rPr>
          <w:b/>
          <w:bCs/>
        </w:rPr>
        <w:br/>
      </w:r>
      <w:r w:rsidRPr="0022771B">
        <w:rPr>
          <w:b/>
          <w:bCs/>
        </w:rPr>
        <w:br/>
        <w:t xml:space="preserve">        },</w:t>
      </w:r>
      <w:r w:rsidRPr="0022771B">
        <w:rPr>
          <w:b/>
          <w:bCs/>
        </w:rPr>
        <w:br/>
      </w:r>
      <w:r w:rsidRPr="0022771B">
        <w:rPr>
          <w:b/>
          <w:bCs/>
        </w:rPr>
        <w:br/>
        <w:t xml:space="preserve">      });</w:t>
      </w:r>
      <w:r w:rsidRPr="0022771B">
        <w:rPr>
          <w:b/>
          <w:bCs/>
        </w:rPr>
        <w:br/>
      </w:r>
      <w:r w:rsidRPr="0022771B">
        <w:rPr>
          <w:b/>
          <w:bCs/>
        </w:rPr>
        <w:lastRenderedPageBreak/>
        <w:br/>
      </w:r>
      <w:r w:rsidRPr="0022771B">
        <w:rPr>
          <w:b/>
          <w:bCs/>
        </w:rPr>
        <w:br/>
        <w:t xml:space="preserve">      // Load the URL of your PHP app hosted via XAMPP</w:t>
      </w:r>
      <w:r w:rsidRPr="0022771B">
        <w:rPr>
          <w:b/>
          <w:bCs/>
        </w:rPr>
        <w:br/>
      </w:r>
      <w:r w:rsidRPr="0022771B">
        <w:rPr>
          <w:b/>
          <w:bCs/>
        </w:rPr>
        <w:br/>
        <w:t xml:space="preserve">      mainWindow.loadURL('http://localhost/my-php-app');</w:t>
      </w:r>
      <w:r w:rsidRPr="0022771B">
        <w:rPr>
          <w:b/>
          <w:bCs/>
        </w:rPr>
        <w:br/>
      </w:r>
      <w:r w:rsidRPr="0022771B">
        <w:rPr>
          <w:b/>
          <w:bCs/>
        </w:rPr>
        <w:br/>
        <w:t xml:space="preserve">    });</w:t>
      </w:r>
      <w:r w:rsidRPr="0022771B">
        <w:rPr>
          <w:b/>
          <w:bCs/>
        </w:rPr>
        <w:br/>
      </w:r>
      <w:r w:rsidRPr="0022771B">
        <w:rPr>
          <w:b/>
          <w:bCs/>
        </w:rPr>
        <w:br/>
      </w:r>
      <w:r w:rsidRPr="0022771B">
        <w:rPr>
          <w:b/>
          <w:bCs/>
        </w:rPr>
        <w:br/>
        <w:t xml:space="preserve">    app.on('window-all-closed', () =&gt; {</w:t>
      </w:r>
      <w:r w:rsidRPr="0022771B">
        <w:rPr>
          <w:b/>
          <w:bCs/>
        </w:rPr>
        <w:br/>
      </w:r>
      <w:r w:rsidRPr="0022771B">
        <w:rPr>
          <w:b/>
          <w:bCs/>
        </w:rPr>
        <w:br/>
        <w:t xml:space="preserve">      if (process.platform !== 'darwin') {</w:t>
      </w:r>
      <w:r w:rsidRPr="0022771B">
        <w:rPr>
          <w:b/>
          <w:bCs/>
        </w:rPr>
        <w:br/>
      </w:r>
      <w:r w:rsidRPr="0022771B">
        <w:rPr>
          <w:b/>
          <w:bCs/>
        </w:rPr>
        <w:br/>
        <w:t xml:space="preserve">        app.quit();</w:t>
      </w:r>
      <w:r w:rsidRPr="0022771B">
        <w:rPr>
          <w:b/>
          <w:bCs/>
        </w:rPr>
        <w:br/>
      </w:r>
      <w:r w:rsidRPr="0022771B">
        <w:rPr>
          <w:b/>
          <w:bCs/>
        </w:rPr>
        <w:br/>
        <w:t xml:space="preserve">      }</w:t>
      </w:r>
      <w:r w:rsidRPr="0022771B">
        <w:rPr>
          <w:b/>
          <w:bCs/>
        </w:rPr>
        <w:br/>
      </w:r>
      <w:r w:rsidRPr="0022771B">
        <w:rPr>
          <w:b/>
          <w:bCs/>
        </w:rPr>
        <w:br/>
        <w:t xml:space="preserve">    });</w:t>
      </w:r>
      <w:r w:rsidRPr="0022771B">
        <w:rPr>
          <w:b/>
          <w:bCs/>
        </w:rPr>
        <w:br/>
      </w:r>
      <w:r>
        <w:br/>
        <w:t xml:space="preserve">    ```</w:t>
      </w:r>
      <w:r>
        <w:br/>
      </w:r>
      <w:r>
        <w:br/>
        <w:t xml:space="preserve">    </w:t>
      </w:r>
    </w:p>
    <w:p w14:paraId="17548A4A" w14:textId="77777777" w:rsidR="00345212" w:rsidRDefault="00345212" w:rsidP="007E3AED">
      <w:pPr>
        <w:pStyle w:val="NoSpacing"/>
      </w:pPr>
    </w:p>
    <w:p w14:paraId="45A8F4F0" w14:textId="6A003F0E" w:rsidR="0074620D" w:rsidRDefault="00000000" w:rsidP="007E3AED">
      <w:pPr>
        <w:pStyle w:val="NoSpacing"/>
      </w:pPr>
      <w:r>
        <w:t>5. Update `package.json`</w:t>
      </w:r>
      <w:r>
        <w:br/>
      </w:r>
      <w:r>
        <w:br/>
        <w:t xml:space="preserve">    - Open the `package.json` file and modify the `"scripts"` section to add a start command:</w:t>
      </w:r>
      <w:r>
        <w:br/>
      </w:r>
      <w:r>
        <w:br/>
        <w:t xml:space="preserve">    </w:t>
      </w:r>
      <w:r w:rsidR="00345212">
        <w:t xml:space="preserve">append the </w:t>
      </w:r>
      <w:r w:rsidR="00345212" w:rsidRPr="00345212">
        <w:rPr>
          <w:b/>
          <w:bCs/>
        </w:rPr>
        <w:t>"start": "electron .",</w:t>
      </w:r>
      <w:r>
        <w:br/>
      </w:r>
      <w:r>
        <w:br/>
        <w:t xml:space="preserve">    "scripts": {</w:t>
      </w:r>
      <w:r>
        <w:br/>
      </w:r>
      <w:r>
        <w:br/>
        <w:t xml:space="preserve">      </w:t>
      </w:r>
      <w:r w:rsidRPr="00345212">
        <w:rPr>
          <w:b/>
          <w:bCs/>
        </w:rPr>
        <w:t>"start": "electron .",</w:t>
      </w:r>
      <w:r>
        <w:br/>
      </w:r>
      <w:r>
        <w:br/>
        <w:t xml:space="preserve">      "test": "echo \"Error: no test specified\" &amp;&amp; exit 1"</w:t>
      </w:r>
      <w:r>
        <w:br/>
      </w:r>
      <w:r>
        <w:br/>
        <w:t xml:space="preserve">    }</w:t>
      </w:r>
      <w:r>
        <w:br/>
      </w:r>
      <w:r>
        <w:br/>
        <w:t xml:space="preserve">    </w:t>
      </w:r>
      <w:r>
        <w:br/>
        <w:t xml:space="preserve">    </w:t>
      </w:r>
    </w:p>
    <w:p w14:paraId="7DC97459" w14:textId="77777777" w:rsidR="0074620D" w:rsidRDefault="00000000" w:rsidP="007E3AED">
      <w:pPr>
        <w:pStyle w:val="NoSpacing"/>
      </w:pPr>
      <w:r>
        <w:t>Step 4: Run Your Electron App</w:t>
      </w:r>
    </w:p>
    <w:p w14:paraId="34818061" w14:textId="77777777" w:rsidR="0074620D" w:rsidRDefault="00000000" w:rsidP="007E3AED">
      <w:pPr>
        <w:pStyle w:val="NoSpacing"/>
      </w:pPr>
      <w:r>
        <w:t>1. Start the PHP Backend</w:t>
      </w:r>
      <w:r>
        <w:br/>
      </w:r>
      <w:r>
        <w:br/>
        <w:t xml:space="preserve">    - Ensure your XAMPP Apache server is running.</w:t>
      </w:r>
      <w:r>
        <w:br/>
      </w:r>
      <w:r>
        <w:br/>
        <w:t xml:space="preserve">    </w:t>
      </w:r>
    </w:p>
    <w:p w14:paraId="6726E16D" w14:textId="0D397CBF" w:rsidR="0074620D" w:rsidRDefault="00000000" w:rsidP="007E3AED">
      <w:pPr>
        <w:pStyle w:val="NoSpacing"/>
      </w:pPr>
      <w:r>
        <w:t>2. Run the Electron App</w:t>
      </w:r>
      <w:r>
        <w:br/>
      </w:r>
      <w:r>
        <w:br/>
        <w:t xml:space="preserve">    - In the `electron-app` directory, run:</w:t>
      </w:r>
      <w:r>
        <w:br/>
      </w:r>
      <w:r>
        <w:br/>
      </w:r>
      <w:r>
        <w:br/>
      </w:r>
      <w:r>
        <w:lastRenderedPageBreak/>
        <w:br/>
        <w:t xml:space="preserve">    </w:t>
      </w:r>
      <w:proofErr w:type="spellStart"/>
      <w:r w:rsidRPr="00345212">
        <w:rPr>
          <w:b/>
          <w:bCs/>
        </w:rPr>
        <w:t>npm</w:t>
      </w:r>
      <w:proofErr w:type="spellEnd"/>
      <w:r w:rsidRPr="00345212">
        <w:rPr>
          <w:b/>
          <w:bCs/>
        </w:rPr>
        <w:t xml:space="preserve"> start</w:t>
      </w:r>
      <w:r>
        <w:br/>
      </w:r>
      <w:r>
        <w:br/>
      </w:r>
      <w:r>
        <w:br/>
        <w:t xml:space="preserve">    - This will launch the Electron app, and it should load your PHP app (served via XAMPP).</w:t>
      </w:r>
      <w:r>
        <w:br/>
      </w:r>
      <w:r>
        <w:br/>
        <w:t xml:space="preserve">    </w:t>
      </w:r>
    </w:p>
    <w:p w14:paraId="59A30AC8" w14:textId="77777777" w:rsidR="0074620D" w:rsidRDefault="00000000" w:rsidP="007E3AED">
      <w:pPr>
        <w:pStyle w:val="NoSpacing"/>
      </w:pPr>
      <w:r>
        <w:t>Step 5: Debugging and Enhancements</w:t>
      </w:r>
    </w:p>
    <w:p w14:paraId="5EE181FB" w14:textId="77777777" w:rsidR="0074620D" w:rsidRDefault="00000000" w:rsidP="007E3AED">
      <w:pPr>
        <w:pStyle w:val="NoSpacing"/>
      </w:pPr>
      <w:r>
        <w:t>1. Open Developer Tools</w:t>
      </w:r>
      <w:r>
        <w:br/>
      </w:r>
      <w:r>
        <w:br/>
        <w:t xml:space="preserve">    - While your Electron app is running, press `Ctrl+Shift+I` (or `Cmd+Opt+I` on macOS) to open the developer tools.</w:t>
      </w:r>
      <w:r>
        <w:br/>
      </w:r>
      <w:r>
        <w:br/>
        <w:t xml:space="preserve">    - You can inspect your app’s contents, view logs, and debug errors.</w:t>
      </w:r>
      <w:r>
        <w:br/>
      </w:r>
      <w:r>
        <w:br/>
        <w:t xml:space="preserve">    </w:t>
      </w:r>
    </w:p>
    <w:p w14:paraId="0C446689" w14:textId="77777777" w:rsidR="0074620D" w:rsidRDefault="00000000" w:rsidP="007E3AED">
      <w:pPr>
        <w:pStyle w:val="NoSpacing"/>
      </w:pPr>
      <w:r>
        <w:t>2. Customize Your Electron Window</w:t>
      </w:r>
      <w:r>
        <w:br/>
      </w:r>
      <w:r>
        <w:br/>
        <w:t xml:space="preserve">    - You can modify the properties of the Electron window in `index.js`. For example:</w:t>
      </w:r>
      <w:r>
        <w:br/>
      </w:r>
      <w:r>
        <w:br/>
        <w:t xml:space="preserve">    ```javascript</w:t>
      </w:r>
      <w:r>
        <w:br/>
      </w:r>
      <w:r>
        <w:br/>
        <w:t xml:space="preserve">    mainWindow = new BrowserWindow({</w:t>
      </w:r>
      <w:r>
        <w:br/>
      </w:r>
      <w:r>
        <w:br/>
        <w:t xml:space="preserve">      width: 1200,</w:t>
      </w:r>
      <w:r>
        <w:br/>
      </w:r>
      <w:r>
        <w:br/>
        <w:t xml:space="preserve">      height: 800,</w:t>
      </w:r>
      <w:r>
        <w:br/>
      </w:r>
      <w:r>
        <w:br/>
        <w:t xml:space="preserve">      resizable: true,</w:t>
      </w:r>
      <w:r>
        <w:br/>
      </w:r>
      <w:r>
        <w:br/>
        <w:t xml:space="preserve">      webPreferences: {</w:t>
      </w:r>
      <w:r>
        <w:br/>
      </w:r>
      <w:r>
        <w:br/>
        <w:t xml:space="preserve">        nodeIntegration: true,</w:t>
      </w:r>
      <w:r>
        <w:br/>
      </w:r>
      <w:r>
        <w:br/>
        <w:t xml:space="preserve">      },</w:t>
      </w:r>
      <w:r>
        <w:br/>
      </w:r>
      <w:r>
        <w:br/>
        <w:t xml:space="preserve">    });</w:t>
      </w:r>
      <w:r>
        <w:br/>
      </w:r>
      <w:r>
        <w:br/>
        <w:t xml:space="preserve">    ```</w:t>
      </w:r>
      <w:r>
        <w:br/>
      </w:r>
      <w:r>
        <w:br/>
        <w:t xml:space="preserve">    </w:t>
      </w:r>
    </w:p>
    <w:p w14:paraId="371E3BE9" w14:textId="77777777" w:rsidR="0074620D" w:rsidRDefault="00000000" w:rsidP="007E3AED">
      <w:pPr>
        <w:pStyle w:val="NoSpacing"/>
      </w:pPr>
      <w:r>
        <w:t>3. Add Icons</w:t>
      </w:r>
      <w:r>
        <w:br/>
      </w:r>
      <w:r>
        <w:br/>
        <w:t xml:space="preserve">    - Set a custom icon for your Electron app by specifying the `icon` property in the `BrowserWindow` options:</w:t>
      </w:r>
      <w:r>
        <w:br/>
      </w:r>
      <w:r>
        <w:br/>
        <w:t xml:space="preserve">    ```javascript</w:t>
      </w:r>
      <w:r>
        <w:br/>
      </w:r>
      <w:r>
        <w:br/>
        <w:t xml:space="preserve">    icon: path.join(__dirname, 'assets', 'icon.png'),</w:t>
      </w:r>
      <w:r>
        <w:br/>
      </w:r>
      <w:r>
        <w:br/>
      </w:r>
      <w:r>
        <w:lastRenderedPageBreak/>
        <w:t xml:space="preserve">    ```</w:t>
      </w:r>
      <w:r>
        <w:br/>
      </w:r>
      <w:r>
        <w:br/>
        <w:t xml:space="preserve">    </w:t>
      </w:r>
    </w:p>
    <w:p w14:paraId="1DED1E95" w14:textId="77777777" w:rsidR="0074620D" w:rsidRDefault="00000000" w:rsidP="007E3AED">
      <w:pPr>
        <w:pStyle w:val="NoSpacing"/>
      </w:pPr>
      <w:r>
        <w:t>4. Package Your App</w:t>
      </w:r>
      <w:r>
        <w:br/>
      </w:r>
      <w:r>
        <w:br/>
        <w:t xml:space="preserve">    - If you’re ready to distribute your app, you can package it using Electron Packager:</w:t>
      </w:r>
      <w:r>
        <w:br/>
      </w:r>
      <w:r>
        <w:br/>
        <w:t xml:space="preserve">    ```bash</w:t>
      </w:r>
      <w:r>
        <w:br/>
      </w:r>
      <w:r>
        <w:br/>
        <w:t xml:space="preserve">    npm install electron-packager --save-dev</w:t>
      </w:r>
      <w:r>
        <w:br/>
      </w:r>
      <w:r>
        <w:br/>
        <w:t xml:space="preserve">    npx electron-packager . MyApp --platform=win32 --arch=x64 --out=dist --overwrite</w:t>
      </w:r>
      <w:r>
        <w:br/>
      </w:r>
      <w:r>
        <w:br/>
        <w:t xml:space="preserve">    ```</w:t>
      </w:r>
      <w:r>
        <w:br/>
      </w:r>
      <w:r>
        <w:br/>
        <w:t xml:space="preserve">    </w:t>
      </w:r>
    </w:p>
    <w:p w14:paraId="2CBAF1CD" w14:textId="77777777" w:rsidR="0074620D" w:rsidRDefault="00000000" w:rsidP="007E3AED">
      <w:pPr>
        <w:pStyle w:val="NoSpacing"/>
      </w:pPr>
      <w:r>
        <w:t>Step 6: Final Testing</w:t>
      </w:r>
    </w:p>
    <w:p w14:paraId="1ADB1DBE" w14:textId="77777777" w:rsidR="0074620D" w:rsidRDefault="00000000" w:rsidP="007E3AED">
      <w:pPr>
        <w:pStyle w:val="NoSpacing"/>
      </w:pPr>
      <w:r>
        <w:t>1. Test Electron App</w:t>
      </w:r>
      <w:r>
        <w:br/>
      </w:r>
      <w:r>
        <w:br/>
        <w:t xml:space="preserve">    - Run the packaged executable from the `dist` folder.</w:t>
      </w:r>
      <w:r>
        <w:br/>
      </w:r>
      <w:r>
        <w:br/>
        <w:t xml:space="preserve">    - Your Electron app should now load the PHP app from `http://localhost/my-php-app`.</w:t>
      </w:r>
      <w:r>
        <w:br/>
      </w:r>
      <w:r>
        <w:br/>
        <w:t xml:space="preserve">    </w:t>
      </w:r>
    </w:p>
    <w:p w14:paraId="6310B473" w14:textId="77777777" w:rsidR="0074620D" w:rsidRDefault="00000000" w:rsidP="007E3AED">
      <w:pPr>
        <w:pStyle w:val="NoSpacing"/>
      </w:pPr>
      <w:r>
        <w:t>2. Troubleshooting</w:t>
      </w:r>
      <w:r>
        <w:br/>
      </w:r>
      <w:r>
        <w:br/>
        <w:t xml:space="preserve">    - If the app doesn’t launch:</w:t>
      </w:r>
      <w:r>
        <w:br/>
      </w:r>
      <w:r>
        <w:br/>
        <w:t xml:space="preserve">      - Verify XAMPP is running.</w:t>
      </w:r>
      <w:r>
        <w:br/>
      </w:r>
      <w:r>
        <w:br/>
        <w:t xml:space="preserve">      - Check if the URL `http://localhost/my-php-app` is correct.</w:t>
      </w:r>
      <w:r>
        <w:br/>
      </w:r>
      <w:r>
        <w:br/>
        <w:t xml:space="preserve">      - Open the Electron developer tools for any error messages.</w:t>
      </w:r>
      <w:r>
        <w:br/>
      </w:r>
      <w:r>
        <w:br/>
        <w:t xml:space="preserve">    </w:t>
      </w:r>
    </w:p>
    <w:p w14:paraId="12E782FC" w14:textId="77777777" w:rsidR="0074620D" w:rsidRDefault="00000000" w:rsidP="007E3AED">
      <w:pPr>
        <w:pStyle w:val="NoSpacing"/>
      </w:pPr>
      <w:r>
        <w:t>Conclusion</w:t>
      </w:r>
    </w:p>
    <w:p w14:paraId="5698C3E7" w14:textId="77777777" w:rsidR="0074620D" w:rsidRDefault="00000000" w:rsidP="007E3AED">
      <w:pPr>
        <w:pStyle w:val="NoSpacing"/>
      </w:pPr>
      <w:r>
        <w:t>Now you have a working Electron app that loads your PHP application. You can further customize the app’s appearance, functionality, and distribution as needed. This guide covers the basics, and you can expand on it by adding features like local storage, database integration, and more.</w:t>
      </w:r>
      <w:r>
        <w:br/>
      </w:r>
      <w:r>
        <w:br/>
        <w:t>Let me know if you need help with any specific part!</w:t>
      </w:r>
    </w:p>
    <w:p w14:paraId="3BE44822" w14:textId="77777777" w:rsidR="007E3AED" w:rsidRDefault="007E3AED" w:rsidP="007E3AED">
      <w:pPr>
        <w:pStyle w:val="NoSpacing"/>
      </w:pPr>
    </w:p>
    <w:p w14:paraId="615FA1AE" w14:textId="77777777" w:rsidR="007E3AED" w:rsidRDefault="007E3AED" w:rsidP="007E3AED">
      <w:pPr>
        <w:pStyle w:val="NoSpacing"/>
      </w:pPr>
    </w:p>
    <w:p w14:paraId="5C1DC52D" w14:textId="77777777" w:rsidR="007E3AED" w:rsidRDefault="007E3AED" w:rsidP="007E3AED">
      <w:pPr>
        <w:pStyle w:val="NoSpacing"/>
      </w:pPr>
    </w:p>
    <w:p w14:paraId="227069AA" w14:textId="77777777" w:rsidR="007E3AED" w:rsidRDefault="007E3AED" w:rsidP="007E3AED">
      <w:pPr>
        <w:pStyle w:val="NoSpacing"/>
      </w:pPr>
    </w:p>
    <w:p w14:paraId="030786DA" w14:textId="77777777" w:rsidR="007E3AED" w:rsidRDefault="007E3AED" w:rsidP="007E3AED">
      <w:pPr>
        <w:pStyle w:val="NoSpacing"/>
      </w:pPr>
    </w:p>
    <w:p w14:paraId="1CA8D3FA" w14:textId="77777777" w:rsidR="007E3AED" w:rsidRDefault="007E3AED" w:rsidP="007E3AED">
      <w:pPr>
        <w:pStyle w:val="NoSpacing"/>
      </w:pPr>
    </w:p>
    <w:p w14:paraId="7FF6415F" w14:textId="77777777" w:rsidR="007E3AED" w:rsidRDefault="007E3AED" w:rsidP="007E3AED">
      <w:pPr>
        <w:pStyle w:val="NoSpacing"/>
      </w:pPr>
    </w:p>
    <w:p w14:paraId="45A6E381" w14:textId="77777777" w:rsidR="007E3AED" w:rsidRDefault="007E3AED" w:rsidP="007E3AED">
      <w:pPr>
        <w:pStyle w:val="NoSpacing"/>
      </w:pPr>
    </w:p>
    <w:p w14:paraId="02A2823F" w14:textId="77777777" w:rsidR="007E3AED" w:rsidRDefault="007E3AED" w:rsidP="007E3AED">
      <w:pPr>
        <w:pStyle w:val="NoSpacing"/>
      </w:pPr>
      <w:r>
        <w:lastRenderedPageBreak/>
        <w:t xml:space="preserve">Sample advanced index.js : </w:t>
      </w:r>
      <w:r>
        <w:br/>
      </w:r>
    </w:p>
    <w:p w14:paraId="3865F006" w14:textId="3AAFBAEA" w:rsidR="007E3AED" w:rsidRDefault="007E3AED" w:rsidP="007E3AED">
      <w:pPr>
        <w:pStyle w:val="NoSpacing"/>
      </w:pPr>
      <w:r>
        <w:t xml:space="preserve">const { app, </w:t>
      </w:r>
      <w:proofErr w:type="spellStart"/>
      <w:r>
        <w:t>BrowserWindow</w:t>
      </w:r>
      <w:proofErr w:type="spellEnd"/>
      <w:r>
        <w:t>, Menu } = require('electron');  // Import Menu</w:t>
      </w:r>
    </w:p>
    <w:p w14:paraId="39B5D87E" w14:textId="77777777" w:rsidR="007E3AED" w:rsidRDefault="007E3AED" w:rsidP="007E3AED">
      <w:pPr>
        <w:pStyle w:val="NoSpacing"/>
      </w:pPr>
      <w:r>
        <w:t>const path = require('path');</w:t>
      </w:r>
    </w:p>
    <w:p w14:paraId="103F2A1A" w14:textId="77777777" w:rsidR="007E3AED" w:rsidRDefault="007E3AED" w:rsidP="007E3AED">
      <w:pPr>
        <w:pStyle w:val="NoSpacing"/>
      </w:pPr>
    </w:p>
    <w:p w14:paraId="623ED021" w14:textId="77777777" w:rsidR="007E3AED" w:rsidRDefault="007E3AED" w:rsidP="007E3AED">
      <w:pPr>
        <w:pStyle w:val="NoSpacing"/>
      </w:pPr>
      <w:r>
        <w:t xml:space="preserve">let </w:t>
      </w:r>
      <w:proofErr w:type="spellStart"/>
      <w:r>
        <w:t>mainWindow</w:t>
      </w:r>
      <w:proofErr w:type="spellEnd"/>
      <w:r>
        <w:t>;</w:t>
      </w:r>
    </w:p>
    <w:p w14:paraId="1EC37408" w14:textId="77777777" w:rsidR="007E3AED" w:rsidRDefault="007E3AED" w:rsidP="007E3AED">
      <w:pPr>
        <w:pStyle w:val="NoSpacing"/>
      </w:pPr>
    </w:p>
    <w:p w14:paraId="4B471BEA" w14:textId="77777777" w:rsidR="007E3AED" w:rsidRDefault="007E3AED" w:rsidP="007E3AED">
      <w:pPr>
        <w:pStyle w:val="NoSpacing"/>
      </w:pPr>
      <w:proofErr w:type="spellStart"/>
      <w:r>
        <w:t>app.on</w:t>
      </w:r>
      <w:proofErr w:type="spellEnd"/>
      <w:r>
        <w:t>('ready', () =&gt; {</w:t>
      </w:r>
    </w:p>
    <w:p w14:paraId="0206C504" w14:textId="77777777" w:rsidR="007E3AED" w:rsidRDefault="007E3AED" w:rsidP="007E3AED">
      <w:pPr>
        <w:pStyle w:val="NoSpacing"/>
      </w:pPr>
      <w:r>
        <w:t xml:space="preserve">  // Create the main window</w:t>
      </w:r>
    </w:p>
    <w:p w14:paraId="58C0D83C" w14:textId="77777777" w:rsidR="007E3AED" w:rsidRDefault="007E3AED" w:rsidP="007E3AED">
      <w:pPr>
        <w:pStyle w:val="NoSpacing"/>
      </w:pPr>
      <w:r>
        <w:t xml:space="preserve">  </w:t>
      </w:r>
      <w:proofErr w:type="spellStart"/>
      <w:r>
        <w:t>mainWindow</w:t>
      </w:r>
      <w:proofErr w:type="spellEnd"/>
      <w:r>
        <w:t xml:space="preserve"> = new </w:t>
      </w:r>
      <w:proofErr w:type="spellStart"/>
      <w:r>
        <w:t>BrowserWindow</w:t>
      </w:r>
      <w:proofErr w:type="spellEnd"/>
      <w:r>
        <w:t>({</w:t>
      </w:r>
    </w:p>
    <w:p w14:paraId="79344EF6" w14:textId="77777777" w:rsidR="007E3AED" w:rsidRDefault="007E3AED" w:rsidP="007E3AED">
      <w:pPr>
        <w:pStyle w:val="NoSpacing"/>
      </w:pPr>
      <w:r>
        <w:t xml:space="preserve">    width: 800,</w:t>
      </w:r>
    </w:p>
    <w:p w14:paraId="66C62A0D" w14:textId="77777777" w:rsidR="007E3AED" w:rsidRDefault="007E3AED" w:rsidP="007E3AED">
      <w:pPr>
        <w:pStyle w:val="NoSpacing"/>
      </w:pPr>
      <w:r>
        <w:t xml:space="preserve">    height: 600,</w:t>
      </w:r>
    </w:p>
    <w:p w14:paraId="5B482A22" w14:textId="77777777" w:rsidR="007E3AED" w:rsidRDefault="007E3AED" w:rsidP="007E3AED">
      <w:pPr>
        <w:pStyle w:val="NoSpacing"/>
      </w:pPr>
      <w:r>
        <w:t xml:space="preserve">    </w:t>
      </w:r>
      <w:proofErr w:type="spellStart"/>
      <w:r>
        <w:t>webPreferences</w:t>
      </w:r>
      <w:proofErr w:type="spellEnd"/>
      <w:r>
        <w:t>: {</w:t>
      </w:r>
    </w:p>
    <w:p w14:paraId="7A854C64" w14:textId="77777777" w:rsidR="007E3AED" w:rsidRDefault="007E3AED" w:rsidP="007E3AED">
      <w:pPr>
        <w:pStyle w:val="NoSpacing"/>
      </w:pPr>
      <w:r>
        <w:t xml:space="preserve">      </w:t>
      </w:r>
      <w:proofErr w:type="spellStart"/>
      <w:r>
        <w:t>nodeIntegration</w:t>
      </w:r>
      <w:proofErr w:type="spellEnd"/>
      <w:r>
        <w:t>: true,</w:t>
      </w:r>
    </w:p>
    <w:p w14:paraId="66D083B3" w14:textId="77777777" w:rsidR="007E3AED" w:rsidRDefault="007E3AED" w:rsidP="007E3AED">
      <w:pPr>
        <w:pStyle w:val="NoSpacing"/>
      </w:pPr>
      <w:r>
        <w:t xml:space="preserve">      </w:t>
      </w:r>
      <w:proofErr w:type="spellStart"/>
      <w:r>
        <w:t>devTools</w:t>
      </w:r>
      <w:proofErr w:type="spellEnd"/>
      <w:r>
        <w:t xml:space="preserve">: false  // Disable </w:t>
      </w:r>
      <w:proofErr w:type="spellStart"/>
      <w:r>
        <w:t>DevTools</w:t>
      </w:r>
      <w:proofErr w:type="spellEnd"/>
      <w:r>
        <w:t xml:space="preserve"> here</w:t>
      </w:r>
    </w:p>
    <w:p w14:paraId="68594F1A" w14:textId="77777777" w:rsidR="007E3AED" w:rsidRDefault="007E3AED" w:rsidP="007E3AED">
      <w:pPr>
        <w:pStyle w:val="NoSpacing"/>
      </w:pPr>
      <w:r>
        <w:t xml:space="preserve">    },</w:t>
      </w:r>
    </w:p>
    <w:p w14:paraId="453C99EC" w14:textId="77777777" w:rsidR="007E3AED" w:rsidRDefault="007E3AED" w:rsidP="007E3AED">
      <w:pPr>
        <w:pStyle w:val="NoSpacing"/>
      </w:pPr>
      <w:r>
        <w:t xml:space="preserve">  });</w:t>
      </w:r>
    </w:p>
    <w:p w14:paraId="40E9C7C7" w14:textId="77777777" w:rsidR="007E3AED" w:rsidRDefault="007E3AED" w:rsidP="007E3AED">
      <w:pPr>
        <w:pStyle w:val="NoSpacing"/>
      </w:pPr>
    </w:p>
    <w:p w14:paraId="63A1FD59" w14:textId="77777777" w:rsidR="007E3AED" w:rsidRDefault="007E3AED" w:rsidP="007E3AED">
      <w:pPr>
        <w:pStyle w:val="NoSpacing"/>
      </w:pPr>
      <w:r>
        <w:t xml:space="preserve">  // Load the URL of your PHP app hosted via XAMPP</w:t>
      </w:r>
    </w:p>
    <w:p w14:paraId="58813A4A" w14:textId="77777777" w:rsidR="007E3AED" w:rsidRDefault="007E3AED" w:rsidP="007E3AED">
      <w:pPr>
        <w:pStyle w:val="NoSpacing"/>
      </w:pPr>
      <w:r>
        <w:t xml:space="preserve">  </w:t>
      </w:r>
      <w:proofErr w:type="spellStart"/>
      <w:r>
        <w:t>mainWindow.loadURL</w:t>
      </w:r>
      <w:proofErr w:type="spellEnd"/>
      <w:r>
        <w:t>('http://saryinvest.dyndns.info');</w:t>
      </w:r>
    </w:p>
    <w:p w14:paraId="70A6057E" w14:textId="77777777" w:rsidR="007E3AED" w:rsidRDefault="007E3AED" w:rsidP="007E3AED">
      <w:pPr>
        <w:pStyle w:val="NoSpacing"/>
      </w:pPr>
    </w:p>
    <w:p w14:paraId="2C2DA018" w14:textId="77777777" w:rsidR="007E3AED" w:rsidRDefault="007E3AED" w:rsidP="007E3AED">
      <w:pPr>
        <w:pStyle w:val="NoSpacing"/>
      </w:pPr>
      <w:r>
        <w:t xml:space="preserve">  // Custom context menu for right-click</w:t>
      </w:r>
    </w:p>
    <w:p w14:paraId="6D639328" w14:textId="77777777" w:rsidR="007E3AED" w:rsidRDefault="007E3AED" w:rsidP="007E3AED">
      <w:pPr>
        <w:pStyle w:val="NoSpacing"/>
      </w:pPr>
      <w:r>
        <w:t xml:space="preserve">  const </w:t>
      </w:r>
      <w:proofErr w:type="spellStart"/>
      <w:r>
        <w:t>contextMenu</w:t>
      </w:r>
      <w:proofErr w:type="spellEnd"/>
      <w:r>
        <w:t xml:space="preserve"> = </w:t>
      </w:r>
      <w:proofErr w:type="spellStart"/>
      <w:r>
        <w:t>Menu.buildFromTemplate</w:t>
      </w:r>
      <w:proofErr w:type="spellEnd"/>
      <w:r>
        <w:t>([</w:t>
      </w:r>
    </w:p>
    <w:p w14:paraId="20114897" w14:textId="77777777" w:rsidR="007E3AED" w:rsidRDefault="007E3AED" w:rsidP="007E3AED">
      <w:pPr>
        <w:pStyle w:val="NoSpacing"/>
      </w:pPr>
      <w:r>
        <w:t xml:space="preserve">    {</w:t>
      </w:r>
    </w:p>
    <w:p w14:paraId="521A816D" w14:textId="77777777" w:rsidR="007E3AED" w:rsidRDefault="007E3AED" w:rsidP="007E3AED">
      <w:pPr>
        <w:pStyle w:val="NoSpacing"/>
      </w:pPr>
      <w:r>
        <w:t xml:space="preserve">      label: 'Print',</w:t>
      </w:r>
    </w:p>
    <w:p w14:paraId="5DE411C1" w14:textId="77777777" w:rsidR="007E3AED" w:rsidRDefault="007E3AED" w:rsidP="007E3AED">
      <w:pPr>
        <w:pStyle w:val="NoSpacing"/>
      </w:pPr>
      <w:r>
        <w:t xml:space="preserve">      click: () =&gt; {</w:t>
      </w:r>
    </w:p>
    <w:p w14:paraId="118A0D2E" w14:textId="77777777" w:rsidR="007E3AED" w:rsidRDefault="007E3AED" w:rsidP="007E3AED">
      <w:pPr>
        <w:pStyle w:val="NoSpacing"/>
      </w:pPr>
      <w:r>
        <w:t xml:space="preserve">        // Show the print preview dialog</w:t>
      </w:r>
    </w:p>
    <w:p w14:paraId="78285F0C" w14:textId="77777777" w:rsidR="007E3AED" w:rsidRDefault="007E3AED" w:rsidP="007E3AED">
      <w:pPr>
        <w:pStyle w:val="NoSpacing"/>
      </w:pPr>
      <w:r>
        <w:t xml:space="preserve">        </w:t>
      </w:r>
      <w:proofErr w:type="spellStart"/>
      <w:r>
        <w:t>mainWindow.webContents.print</w:t>
      </w:r>
      <w:proofErr w:type="spellEnd"/>
      <w:r>
        <w:t xml:space="preserve">({}, (success, </w:t>
      </w:r>
      <w:proofErr w:type="spellStart"/>
      <w:r>
        <w:t>failureReason</w:t>
      </w:r>
      <w:proofErr w:type="spellEnd"/>
      <w:r>
        <w:t>) =&gt; {</w:t>
      </w:r>
    </w:p>
    <w:p w14:paraId="3FD3382F" w14:textId="77777777" w:rsidR="007E3AED" w:rsidRDefault="007E3AED" w:rsidP="007E3AED">
      <w:pPr>
        <w:pStyle w:val="NoSpacing"/>
      </w:pPr>
      <w:r>
        <w:t xml:space="preserve">          if (success) {</w:t>
      </w:r>
    </w:p>
    <w:p w14:paraId="251F4169" w14:textId="77777777" w:rsidR="007E3AED" w:rsidRDefault="007E3AED" w:rsidP="007E3AED">
      <w:pPr>
        <w:pStyle w:val="NoSpacing"/>
      </w:pPr>
      <w:r>
        <w:t xml:space="preserve">            console.log('Printing initiated');</w:t>
      </w:r>
    </w:p>
    <w:p w14:paraId="3B1D26EC" w14:textId="77777777" w:rsidR="007E3AED" w:rsidRDefault="007E3AED" w:rsidP="007E3AED">
      <w:pPr>
        <w:pStyle w:val="NoSpacing"/>
      </w:pPr>
      <w:r>
        <w:t xml:space="preserve">          } else {</w:t>
      </w:r>
    </w:p>
    <w:p w14:paraId="686AF40A" w14:textId="77777777" w:rsidR="007E3AED" w:rsidRDefault="007E3AED" w:rsidP="007E3AED">
      <w:pPr>
        <w:pStyle w:val="NoSpacing"/>
      </w:pPr>
      <w:r>
        <w:t xml:space="preserve">            console.log('Print failed:', </w:t>
      </w:r>
      <w:proofErr w:type="spellStart"/>
      <w:r>
        <w:t>failureReason</w:t>
      </w:r>
      <w:proofErr w:type="spellEnd"/>
      <w:r>
        <w:t>);</w:t>
      </w:r>
    </w:p>
    <w:p w14:paraId="6A210856" w14:textId="77777777" w:rsidR="007E3AED" w:rsidRDefault="007E3AED" w:rsidP="007E3AED">
      <w:pPr>
        <w:pStyle w:val="NoSpacing"/>
      </w:pPr>
      <w:r>
        <w:t xml:space="preserve">          }</w:t>
      </w:r>
    </w:p>
    <w:p w14:paraId="1049A9E1" w14:textId="77777777" w:rsidR="007E3AED" w:rsidRDefault="007E3AED" w:rsidP="007E3AED">
      <w:pPr>
        <w:pStyle w:val="NoSpacing"/>
      </w:pPr>
      <w:r>
        <w:t xml:space="preserve">        });</w:t>
      </w:r>
    </w:p>
    <w:p w14:paraId="7506E005" w14:textId="77777777" w:rsidR="007E3AED" w:rsidRDefault="007E3AED" w:rsidP="007E3AED">
      <w:pPr>
        <w:pStyle w:val="NoSpacing"/>
      </w:pPr>
      <w:r>
        <w:t xml:space="preserve">      }</w:t>
      </w:r>
    </w:p>
    <w:p w14:paraId="23CD245E" w14:textId="77777777" w:rsidR="007E3AED" w:rsidRDefault="007E3AED" w:rsidP="007E3AED">
      <w:pPr>
        <w:pStyle w:val="NoSpacing"/>
      </w:pPr>
      <w:r>
        <w:t xml:space="preserve">    },</w:t>
      </w:r>
    </w:p>
    <w:p w14:paraId="0FF8EA11" w14:textId="77777777" w:rsidR="007E3AED" w:rsidRDefault="007E3AED" w:rsidP="007E3AED">
      <w:pPr>
        <w:pStyle w:val="NoSpacing"/>
      </w:pPr>
      <w:r>
        <w:t xml:space="preserve">    {</w:t>
      </w:r>
    </w:p>
    <w:p w14:paraId="5B383F54" w14:textId="77777777" w:rsidR="007E3AED" w:rsidRDefault="007E3AED" w:rsidP="007E3AED">
      <w:pPr>
        <w:pStyle w:val="NoSpacing"/>
      </w:pPr>
      <w:r>
        <w:t xml:space="preserve">      label: 'Reload',</w:t>
      </w:r>
    </w:p>
    <w:p w14:paraId="17E2595A" w14:textId="77777777" w:rsidR="007E3AED" w:rsidRDefault="007E3AED" w:rsidP="007E3AED">
      <w:pPr>
        <w:pStyle w:val="NoSpacing"/>
      </w:pPr>
      <w:r>
        <w:t xml:space="preserve">      click: () =&gt; {</w:t>
      </w:r>
    </w:p>
    <w:p w14:paraId="618A9162" w14:textId="77777777" w:rsidR="007E3AED" w:rsidRDefault="007E3AED" w:rsidP="007E3AED">
      <w:pPr>
        <w:pStyle w:val="NoSpacing"/>
      </w:pPr>
      <w:r>
        <w:t xml:space="preserve">        </w:t>
      </w:r>
      <w:proofErr w:type="spellStart"/>
      <w:r>
        <w:t>mainWindow.reload</w:t>
      </w:r>
      <w:proofErr w:type="spellEnd"/>
      <w:r>
        <w:t>();</w:t>
      </w:r>
    </w:p>
    <w:p w14:paraId="1BF84594" w14:textId="77777777" w:rsidR="007E3AED" w:rsidRDefault="007E3AED" w:rsidP="007E3AED">
      <w:pPr>
        <w:pStyle w:val="NoSpacing"/>
      </w:pPr>
      <w:r>
        <w:t xml:space="preserve">      }</w:t>
      </w:r>
    </w:p>
    <w:p w14:paraId="1E92049A" w14:textId="77777777" w:rsidR="007E3AED" w:rsidRDefault="007E3AED" w:rsidP="007E3AED">
      <w:pPr>
        <w:pStyle w:val="NoSpacing"/>
      </w:pPr>
      <w:r>
        <w:t xml:space="preserve">    }</w:t>
      </w:r>
    </w:p>
    <w:p w14:paraId="62C74682" w14:textId="77777777" w:rsidR="007E3AED" w:rsidRDefault="007E3AED" w:rsidP="007E3AED">
      <w:pPr>
        <w:pStyle w:val="NoSpacing"/>
      </w:pPr>
      <w:r>
        <w:t xml:space="preserve">  ]);</w:t>
      </w:r>
    </w:p>
    <w:p w14:paraId="11E8DCC5" w14:textId="77777777" w:rsidR="007E3AED" w:rsidRDefault="007E3AED" w:rsidP="007E3AED">
      <w:pPr>
        <w:pStyle w:val="NoSpacing"/>
      </w:pPr>
    </w:p>
    <w:p w14:paraId="2D6A287E" w14:textId="77777777" w:rsidR="007E3AED" w:rsidRDefault="007E3AED" w:rsidP="007E3AED">
      <w:pPr>
        <w:pStyle w:val="NoSpacing"/>
      </w:pPr>
      <w:r>
        <w:t xml:space="preserve">  // Listen for right-click to show custom context menu</w:t>
      </w:r>
    </w:p>
    <w:p w14:paraId="5CA022B8" w14:textId="77777777" w:rsidR="007E3AED" w:rsidRDefault="007E3AED" w:rsidP="007E3AED">
      <w:pPr>
        <w:pStyle w:val="NoSpacing"/>
      </w:pPr>
      <w:r>
        <w:t xml:space="preserve">  </w:t>
      </w:r>
      <w:proofErr w:type="spellStart"/>
      <w:r>
        <w:t>mainWindow.webContents.on</w:t>
      </w:r>
      <w:proofErr w:type="spellEnd"/>
      <w:r>
        <w:t>('context-menu', (event) =&gt; {</w:t>
      </w:r>
    </w:p>
    <w:p w14:paraId="0660C87C" w14:textId="77777777" w:rsidR="007E3AED" w:rsidRDefault="007E3AED" w:rsidP="007E3AED">
      <w:pPr>
        <w:pStyle w:val="NoSpacing"/>
      </w:pPr>
      <w:r>
        <w:t xml:space="preserve">    </w:t>
      </w:r>
      <w:proofErr w:type="spellStart"/>
      <w:r>
        <w:t>event.preventDefault</w:t>
      </w:r>
      <w:proofErr w:type="spellEnd"/>
      <w:r>
        <w:t>();  // Prevent the default context menu</w:t>
      </w:r>
    </w:p>
    <w:p w14:paraId="49F7F624" w14:textId="77777777" w:rsidR="007E3AED" w:rsidRDefault="007E3AED" w:rsidP="007E3AED">
      <w:pPr>
        <w:pStyle w:val="NoSpacing"/>
      </w:pPr>
      <w:r>
        <w:t xml:space="preserve">    </w:t>
      </w:r>
      <w:proofErr w:type="spellStart"/>
      <w:r>
        <w:t>contextMenu.popup</w:t>
      </w:r>
      <w:proofErr w:type="spellEnd"/>
      <w:r>
        <w:t xml:space="preserve">({ window: </w:t>
      </w:r>
      <w:proofErr w:type="spellStart"/>
      <w:r>
        <w:t>mainWindow</w:t>
      </w:r>
      <w:proofErr w:type="spellEnd"/>
      <w:r>
        <w:t xml:space="preserve"> });  // Show the custom context menu</w:t>
      </w:r>
    </w:p>
    <w:p w14:paraId="48AAACA7" w14:textId="77777777" w:rsidR="007E3AED" w:rsidRDefault="007E3AED" w:rsidP="007E3AED">
      <w:pPr>
        <w:pStyle w:val="NoSpacing"/>
      </w:pPr>
      <w:r>
        <w:t xml:space="preserve">  });</w:t>
      </w:r>
    </w:p>
    <w:p w14:paraId="56AE59E2" w14:textId="77777777" w:rsidR="007E3AED" w:rsidRDefault="007E3AED" w:rsidP="007E3AED">
      <w:pPr>
        <w:pStyle w:val="NoSpacing"/>
      </w:pPr>
    </w:p>
    <w:p w14:paraId="79BB1D6C" w14:textId="77777777" w:rsidR="007E3AED" w:rsidRDefault="007E3AED" w:rsidP="007E3AED">
      <w:pPr>
        <w:pStyle w:val="NoSpacing"/>
      </w:pPr>
      <w:r>
        <w:lastRenderedPageBreak/>
        <w:t xml:space="preserve">  // Listen for Ctrl + P to trigger the print dialog</w:t>
      </w:r>
    </w:p>
    <w:p w14:paraId="1A64AEC6" w14:textId="77777777" w:rsidR="007E3AED" w:rsidRDefault="007E3AED" w:rsidP="007E3AED">
      <w:pPr>
        <w:pStyle w:val="NoSpacing"/>
      </w:pPr>
      <w:r>
        <w:t xml:space="preserve">  </w:t>
      </w:r>
      <w:proofErr w:type="spellStart"/>
      <w:r>
        <w:t>mainWindow.webContents.on</w:t>
      </w:r>
      <w:proofErr w:type="spellEnd"/>
      <w:r>
        <w:t>('before-input-event', (event, input) =&gt; {</w:t>
      </w:r>
    </w:p>
    <w:p w14:paraId="2391A332" w14:textId="77777777" w:rsidR="007E3AED" w:rsidRDefault="007E3AED" w:rsidP="007E3AED">
      <w:pPr>
        <w:pStyle w:val="NoSpacing"/>
      </w:pPr>
      <w:r>
        <w:t xml:space="preserve">    // Handle Ctrl + P for print dialog</w:t>
      </w:r>
    </w:p>
    <w:p w14:paraId="252E70A9" w14:textId="77777777" w:rsidR="007E3AED" w:rsidRDefault="007E3AED" w:rsidP="007E3AED">
      <w:pPr>
        <w:pStyle w:val="NoSpacing"/>
      </w:pPr>
      <w:r>
        <w:t xml:space="preserve">    if (</w:t>
      </w:r>
      <w:proofErr w:type="spellStart"/>
      <w:r>
        <w:t>input.key</w:t>
      </w:r>
      <w:proofErr w:type="spellEnd"/>
      <w:r>
        <w:t xml:space="preserve"> === 'p' &amp;&amp; </w:t>
      </w:r>
      <w:proofErr w:type="spellStart"/>
      <w:r>
        <w:t>input.control</w:t>
      </w:r>
      <w:proofErr w:type="spellEnd"/>
      <w:r>
        <w:t>) {</w:t>
      </w:r>
    </w:p>
    <w:p w14:paraId="01A4BF6B" w14:textId="77777777" w:rsidR="007E3AED" w:rsidRDefault="007E3AED" w:rsidP="007E3AED">
      <w:pPr>
        <w:pStyle w:val="NoSpacing"/>
      </w:pPr>
      <w:r>
        <w:t xml:space="preserve">      </w:t>
      </w:r>
      <w:proofErr w:type="spellStart"/>
      <w:r>
        <w:t>event.preventDefault</w:t>
      </w:r>
      <w:proofErr w:type="spellEnd"/>
      <w:r>
        <w:t>();  // Prevent default Ctrl + P behavior</w:t>
      </w:r>
    </w:p>
    <w:p w14:paraId="28500BF1" w14:textId="77777777" w:rsidR="007E3AED" w:rsidRDefault="007E3AED" w:rsidP="007E3AED">
      <w:pPr>
        <w:pStyle w:val="NoSpacing"/>
      </w:pPr>
      <w:r>
        <w:t xml:space="preserve">      // Show the print preview dialog</w:t>
      </w:r>
    </w:p>
    <w:p w14:paraId="21E6EC81" w14:textId="77777777" w:rsidR="007E3AED" w:rsidRDefault="007E3AED" w:rsidP="007E3AED">
      <w:pPr>
        <w:pStyle w:val="NoSpacing"/>
      </w:pPr>
      <w:r>
        <w:t xml:space="preserve">      </w:t>
      </w:r>
      <w:proofErr w:type="spellStart"/>
      <w:r>
        <w:t>mainWindow.webContents.print</w:t>
      </w:r>
      <w:proofErr w:type="spellEnd"/>
      <w:r>
        <w:t xml:space="preserve">({}, (success, </w:t>
      </w:r>
      <w:proofErr w:type="spellStart"/>
      <w:r>
        <w:t>failureReason</w:t>
      </w:r>
      <w:proofErr w:type="spellEnd"/>
      <w:r>
        <w:t>) =&gt; {</w:t>
      </w:r>
    </w:p>
    <w:p w14:paraId="330BC893" w14:textId="77777777" w:rsidR="007E3AED" w:rsidRDefault="007E3AED" w:rsidP="007E3AED">
      <w:pPr>
        <w:pStyle w:val="NoSpacing"/>
      </w:pPr>
      <w:r>
        <w:t xml:space="preserve">        if (success) {</w:t>
      </w:r>
    </w:p>
    <w:p w14:paraId="661A77F8" w14:textId="77777777" w:rsidR="007E3AED" w:rsidRDefault="007E3AED" w:rsidP="007E3AED">
      <w:pPr>
        <w:pStyle w:val="NoSpacing"/>
      </w:pPr>
      <w:r>
        <w:t xml:space="preserve">          console.log('Printing initiated');</w:t>
      </w:r>
    </w:p>
    <w:p w14:paraId="20794F02" w14:textId="77777777" w:rsidR="007E3AED" w:rsidRDefault="007E3AED" w:rsidP="007E3AED">
      <w:pPr>
        <w:pStyle w:val="NoSpacing"/>
      </w:pPr>
      <w:r>
        <w:t xml:space="preserve">        } else {</w:t>
      </w:r>
    </w:p>
    <w:p w14:paraId="68D8BCB7" w14:textId="77777777" w:rsidR="007E3AED" w:rsidRDefault="007E3AED" w:rsidP="007E3AED">
      <w:pPr>
        <w:pStyle w:val="NoSpacing"/>
      </w:pPr>
      <w:r>
        <w:t xml:space="preserve">          console.log('Print failed:', </w:t>
      </w:r>
      <w:proofErr w:type="spellStart"/>
      <w:r>
        <w:t>failureReason</w:t>
      </w:r>
      <w:proofErr w:type="spellEnd"/>
      <w:r>
        <w:t>);</w:t>
      </w:r>
    </w:p>
    <w:p w14:paraId="5DCCB323" w14:textId="77777777" w:rsidR="007E3AED" w:rsidRDefault="007E3AED" w:rsidP="007E3AED">
      <w:pPr>
        <w:pStyle w:val="NoSpacing"/>
      </w:pPr>
      <w:r>
        <w:t xml:space="preserve">        }</w:t>
      </w:r>
    </w:p>
    <w:p w14:paraId="11012CD2" w14:textId="77777777" w:rsidR="007E3AED" w:rsidRDefault="007E3AED" w:rsidP="007E3AED">
      <w:pPr>
        <w:pStyle w:val="NoSpacing"/>
      </w:pPr>
      <w:r>
        <w:t xml:space="preserve">      });</w:t>
      </w:r>
    </w:p>
    <w:p w14:paraId="7521255D" w14:textId="77777777" w:rsidR="007E3AED" w:rsidRDefault="007E3AED" w:rsidP="007E3AED">
      <w:pPr>
        <w:pStyle w:val="NoSpacing"/>
      </w:pPr>
      <w:r>
        <w:t xml:space="preserve">    }</w:t>
      </w:r>
    </w:p>
    <w:p w14:paraId="13A36004" w14:textId="77777777" w:rsidR="007E3AED" w:rsidRDefault="007E3AED" w:rsidP="007E3AED">
      <w:pPr>
        <w:pStyle w:val="NoSpacing"/>
      </w:pPr>
    </w:p>
    <w:p w14:paraId="7DA73D69" w14:textId="77777777" w:rsidR="007E3AED" w:rsidRDefault="007E3AED" w:rsidP="007E3AED">
      <w:pPr>
        <w:pStyle w:val="NoSpacing"/>
      </w:pPr>
      <w:r>
        <w:t xml:space="preserve">    // Handle Backspace key for going back</w:t>
      </w:r>
    </w:p>
    <w:p w14:paraId="13EBDBAF" w14:textId="77777777" w:rsidR="007E3AED" w:rsidRDefault="007E3AED" w:rsidP="007E3AED">
      <w:pPr>
        <w:pStyle w:val="NoSpacing"/>
      </w:pPr>
      <w:r>
        <w:t xml:space="preserve">    if (</w:t>
      </w:r>
      <w:proofErr w:type="spellStart"/>
      <w:r>
        <w:t>input.key</w:t>
      </w:r>
      <w:proofErr w:type="spellEnd"/>
      <w:r>
        <w:t xml:space="preserve"> === 'Backspace') {</w:t>
      </w:r>
    </w:p>
    <w:p w14:paraId="5A5789D6" w14:textId="77777777" w:rsidR="007E3AED" w:rsidRDefault="007E3AED" w:rsidP="007E3AED">
      <w:pPr>
        <w:pStyle w:val="NoSpacing"/>
      </w:pPr>
      <w:r>
        <w:t xml:space="preserve">      // Prevent default Backspace behavior (like deleting text in input fields)</w:t>
      </w:r>
    </w:p>
    <w:p w14:paraId="6B4FB899" w14:textId="77777777" w:rsidR="007E3AED" w:rsidRDefault="007E3AED" w:rsidP="007E3AED">
      <w:pPr>
        <w:pStyle w:val="NoSpacing"/>
      </w:pPr>
      <w:r>
        <w:t xml:space="preserve">      </w:t>
      </w:r>
      <w:proofErr w:type="spellStart"/>
      <w:r>
        <w:t>event.preventDefault</w:t>
      </w:r>
      <w:proofErr w:type="spellEnd"/>
      <w:r>
        <w:t>();</w:t>
      </w:r>
    </w:p>
    <w:p w14:paraId="6C69A7F6" w14:textId="77777777" w:rsidR="007E3AED" w:rsidRDefault="007E3AED" w:rsidP="007E3AED">
      <w:pPr>
        <w:pStyle w:val="NoSpacing"/>
      </w:pPr>
    </w:p>
    <w:p w14:paraId="2C5D753D" w14:textId="77777777" w:rsidR="007E3AED" w:rsidRDefault="007E3AED" w:rsidP="007E3AED">
      <w:pPr>
        <w:pStyle w:val="NoSpacing"/>
      </w:pPr>
      <w:r>
        <w:t xml:space="preserve">      // Check if the browser can go back</w:t>
      </w:r>
    </w:p>
    <w:p w14:paraId="18677C28" w14:textId="77777777" w:rsidR="007E3AED" w:rsidRDefault="007E3AED" w:rsidP="007E3AED">
      <w:pPr>
        <w:pStyle w:val="NoSpacing"/>
      </w:pPr>
      <w:r>
        <w:t xml:space="preserve">      if (</w:t>
      </w:r>
      <w:proofErr w:type="spellStart"/>
      <w:r>
        <w:t>mainWindow.webContents.canGoBack</w:t>
      </w:r>
      <w:proofErr w:type="spellEnd"/>
      <w:r>
        <w:t>()) {</w:t>
      </w:r>
    </w:p>
    <w:p w14:paraId="5512B996" w14:textId="77777777" w:rsidR="007E3AED" w:rsidRDefault="007E3AED" w:rsidP="007E3AED">
      <w:pPr>
        <w:pStyle w:val="NoSpacing"/>
      </w:pPr>
      <w:r>
        <w:t xml:space="preserve">        </w:t>
      </w:r>
      <w:proofErr w:type="spellStart"/>
      <w:r>
        <w:t>mainWindow.webContents.goBack</w:t>
      </w:r>
      <w:proofErr w:type="spellEnd"/>
      <w:r>
        <w:t>();  // Go to the previous page in history</w:t>
      </w:r>
    </w:p>
    <w:p w14:paraId="4A668C07" w14:textId="77777777" w:rsidR="007E3AED" w:rsidRDefault="007E3AED" w:rsidP="007E3AED">
      <w:pPr>
        <w:pStyle w:val="NoSpacing"/>
      </w:pPr>
      <w:r>
        <w:t xml:space="preserve">      } else {</w:t>
      </w:r>
    </w:p>
    <w:p w14:paraId="5B16CEE5" w14:textId="77777777" w:rsidR="007E3AED" w:rsidRDefault="007E3AED" w:rsidP="007E3AED">
      <w:pPr>
        <w:pStyle w:val="NoSpacing"/>
      </w:pPr>
      <w:r>
        <w:t xml:space="preserve">        console.log('No history to go back to');</w:t>
      </w:r>
    </w:p>
    <w:p w14:paraId="150C05AE" w14:textId="77777777" w:rsidR="007E3AED" w:rsidRDefault="007E3AED" w:rsidP="007E3AED">
      <w:pPr>
        <w:pStyle w:val="NoSpacing"/>
      </w:pPr>
      <w:r>
        <w:t xml:space="preserve">      }</w:t>
      </w:r>
    </w:p>
    <w:p w14:paraId="09429990" w14:textId="77777777" w:rsidR="007E3AED" w:rsidRDefault="007E3AED" w:rsidP="007E3AED">
      <w:pPr>
        <w:pStyle w:val="NoSpacing"/>
      </w:pPr>
      <w:r>
        <w:t xml:space="preserve">    }</w:t>
      </w:r>
    </w:p>
    <w:p w14:paraId="5B09E960" w14:textId="77777777" w:rsidR="007E3AED" w:rsidRDefault="007E3AED" w:rsidP="007E3AED">
      <w:pPr>
        <w:pStyle w:val="NoSpacing"/>
      </w:pPr>
      <w:r>
        <w:t xml:space="preserve">  });</w:t>
      </w:r>
    </w:p>
    <w:p w14:paraId="264AED54" w14:textId="77777777" w:rsidR="007E3AED" w:rsidRDefault="007E3AED" w:rsidP="007E3AED">
      <w:pPr>
        <w:pStyle w:val="NoSpacing"/>
      </w:pPr>
      <w:r>
        <w:t>});</w:t>
      </w:r>
    </w:p>
    <w:p w14:paraId="237F871C" w14:textId="77777777" w:rsidR="007E3AED" w:rsidRDefault="007E3AED" w:rsidP="007E3AED">
      <w:pPr>
        <w:pStyle w:val="NoSpacing"/>
      </w:pPr>
    </w:p>
    <w:p w14:paraId="6E6EFD9C" w14:textId="77777777" w:rsidR="007E3AED" w:rsidRDefault="007E3AED" w:rsidP="007E3AED">
      <w:pPr>
        <w:pStyle w:val="NoSpacing"/>
      </w:pPr>
      <w:proofErr w:type="spellStart"/>
      <w:r>
        <w:t>app.on</w:t>
      </w:r>
      <w:proofErr w:type="spellEnd"/>
      <w:r>
        <w:t>('window-all-closed', () =&gt; {</w:t>
      </w:r>
    </w:p>
    <w:p w14:paraId="33042B9B" w14:textId="77777777" w:rsidR="007E3AED" w:rsidRDefault="007E3AED" w:rsidP="007E3AED">
      <w:pPr>
        <w:pStyle w:val="NoSpacing"/>
      </w:pPr>
      <w:r>
        <w:t xml:space="preserve">  if (</w:t>
      </w:r>
      <w:proofErr w:type="spellStart"/>
      <w:r>
        <w:t>process.platform</w:t>
      </w:r>
      <w:proofErr w:type="spellEnd"/>
      <w:r>
        <w:t xml:space="preserve"> !== '</w:t>
      </w:r>
      <w:proofErr w:type="spellStart"/>
      <w:r>
        <w:t>darwin</w:t>
      </w:r>
      <w:proofErr w:type="spellEnd"/>
      <w:r>
        <w:t>') {</w:t>
      </w:r>
    </w:p>
    <w:p w14:paraId="42099C5F" w14:textId="77777777" w:rsidR="007E3AED" w:rsidRDefault="007E3AED" w:rsidP="007E3AED">
      <w:pPr>
        <w:pStyle w:val="NoSpacing"/>
      </w:pPr>
      <w:r>
        <w:t xml:space="preserve">    </w:t>
      </w:r>
      <w:proofErr w:type="spellStart"/>
      <w:r>
        <w:t>app.quit</w:t>
      </w:r>
      <w:proofErr w:type="spellEnd"/>
      <w:r>
        <w:t>();</w:t>
      </w:r>
    </w:p>
    <w:p w14:paraId="05C0B1CC" w14:textId="77777777" w:rsidR="007E3AED" w:rsidRDefault="007E3AED" w:rsidP="007E3AED">
      <w:pPr>
        <w:pStyle w:val="NoSpacing"/>
      </w:pPr>
      <w:r>
        <w:t xml:space="preserve">  }</w:t>
      </w:r>
    </w:p>
    <w:p w14:paraId="6D27FCD2" w14:textId="4C7184F3" w:rsidR="007E3AED" w:rsidRDefault="007E3AED" w:rsidP="007E3AED">
      <w:pPr>
        <w:pStyle w:val="NoSpacing"/>
      </w:pPr>
      <w:r>
        <w:t>});</w:t>
      </w:r>
    </w:p>
    <w:sectPr w:rsidR="007E3AED"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9B258" w14:textId="77777777" w:rsidR="00FF3BDC" w:rsidRDefault="00FF3BDC" w:rsidP="007E3AED">
      <w:pPr>
        <w:spacing w:after="0" w:line="240" w:lineRule="auto"/>
      </w:pPr>
      <w:r>
        <w:separator/>
      </w:r>
    </w:p>
  </w:endnote>
  <w:endnote w:type="continuationSeparator" w:id="0">
    <w:p w14:paraId="318ABDB0" w14:textId="77777777" w:rsidR="00FF3BDC" w:rsidRDefault="00FF3BDC" w:rsidP="007E3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F6269" w14:textId="77777777" w:rsidR="00FF3BDC" w:rsidRDefault="00FF3BDC" w:rsidP="007E3AED">
      <w:pPr>
        <w:spacing w:after="0" w:line="240" w:lineRule="auto"/>
      </w:pPr>
      <w:r>
        <w:separator/>
      </w:r>
    </w:p>
  </w:footnote>
  <w:footnote w:type="continuationSeparator" w:id="0">
    <w:p w14:paraId="10C60CB1" w14:textId="77777777" w:rsidR="00FF3BDC" w:rsidRDefault="00FF3BDC" w:rsidP="007E3A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040440">
    <w:abstractNumId w:val="8"/>
  </w:num>
  <w:num w:numId="2" w16cid:durableId="412238628">
    <w:abstractNumId w:val="6"/>
  </w:num>
  <w:num w:numId="3" w16cid:durableId="1624731378">
    <w:abstractNumId w:val="5"/>
  </w:num>
  <w:num w:numId="4" w16cid:durableId="290521335">
    <w:abstractNumId w:val="4"/>
  </w:num>
  <w:num w:numId="5" w16cid:durableId="694041334">
    <w:abstractNumId w:val="7"/>
  </w:num>
  <w:num w:numId="6" w16cid:durableId="148832480">
    <w:abstractNumId w:val="3"/>
  </w:num>
  <w:num w:numId="7" w16cid:durableId="141193252">
    <w:abstractNumId w:val="2"/>
  </w:num>
  <w:num w:numId="8" w16cid:durableId="2104524337">
    <w:abstractNumId w:val="1"/>
  </w:num>
  <w:num w:numId="9" w16cid:durableId="694308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2635"/>
    <w:rsid w:val="0022771B"/>
    <w:rsid w:val="0029639D"/>
    <w:rsid w:val="003064E1"/>
    <w:rsid w:val="00326F90"/>
    <w:rsid w:val="00345212"/>
    <w:rsid w:val="00646B1A"/>
    <w:rsid w:val="0074620D"/>
    <w:rsid w:val="007E3AED"/>
    <w:rsid w:val="00AA1D8D"/>
    <w:rsid w:val="00B45525"/>
    <w:rsid w:val="00B47730"/>
    <w:rsid w:val="00BC1ADA"/>
    <w:rsid w:val="00CB0664"/>
    <w:rsid w:val="00FC693F"/>
    <w:rsid w:val="00FF3B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653D1"/>
  <w14:defaultImageDpi w14:val="300"/>
  <w15:docId w15:val="{6EE464D5-CA08-4FDF-BEC7-C63FF4B36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Moussa Houssein</cp:lastModifiedBy>
  <cp:revision>7</cp:revision>
  <dcterms:created xsi:type="dcterms:W3CDTF">2013-12-23T23:15:00Z</dcterms:created>
  <dcterms:modified xsi:type="dcterms:W3CDTF">2025-01-22T05:09:00Z</dcterms:modified>
  <cp:category/>
</cp:coreProperties>
</file>